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1492. L'Espagne expulsa chaque personne juive. Aucun royaume chrétien ne les accueillit.</w:t>
      </w:r>
    </w:p>
    <w:p>
      <w:r>
        <w:rPr>
          <w:b/>
        </w:rPr>
        <w:t xml:space="preserve">Izvor: </w:t>
      </w:r>
      <w:r>
        <w:rPr>
          <w:color w:val="0F766E"/>
        </w:rPr>
        <w:t>https://minbarlive.com/videos/fr/1492-l-espagne-expulsa-chaque-personne-juive-aucun-royaume-chretien-ne-les-accue</w:t>
      </w:r>
    </w:p>
    <w:p/>
    <w:p>
      <w:r>
        <w:rPr>
          <w:i/>
        </w:rPr>
        <w:t>En 1492, l'Espagne a expulsé tous les Juifs sous le décret de l'Alhambra, forçant des familles ayant plus de 1 000 ans de racines à fuir. Alors que la chrétienté européenne leur refusait un abri, le sultan Bayezid II de l'Empire ottoman a envoyé sa marine pour sauver plus de 150 000 réfugiés juifs, leur offrant la citoyenneté et un refuge sûr.</w:t>
      </w:r>
    </w:p>
    <w:p/>
    <w:p>
      <w:r>
        <w:rPr>
          <w:b/>
        </w:rPr>
        <w:t>Sažetak</w:t>
      </w:r>
    </w:p>
    <w:p>
      <w:r>
        <w:t>Ce récit examine l'expulsion des Juifs d'Espagne en 1492 et les réponses contrastées de l'Europe chrétienne et de l'Empire ottoman. Le roi Ferdinand et la reine Isabelle ont émis le décret de l'Alhambra en juillet 1492, ordonnant à chaque Juif de se convertir au christianisme ou de quitter l'Espagne immédiatement, déplaçant des familles ayant des liens séculaires avec la péninsule ibérique. Les réfugiés désespérés cherchant un abri n'ont trouvé aucun accueil dans les royaumes chrétiens européens ; la tragédie s'est aggravée lorsque certains navires ont été pillés par leurs propres capitaines pendant l'exode. En revanche, le sultan Bayezid II d'Istanbul a réagi en mobilisant toute la marine ottomane sous l'amiral Kemal Reis, non pas pour conquérir mais pour un sauvetage humanitaire. Le sultan a émis des proclamations dans tout son empire accueillant les réfugiés juifs, leur accordant la citoyenneté et la protection. Plus de 150 000 réfugiés ont été évacués avec succès vers les territoires ottomans, s'installant dans des villes comme Salonique, Istanbul, Izmir et Edirne. La population juive de Salonique a tellement augmenté qu'elle est devenue connue comme la Jérusalem des Balkans. Ce récit souligne comment l'action ottomane se distingue historiquement du rejet européen, tout en restant sous-estimée dans de nombreux récits historiques.</w:t>
      </w:r>
    </w:p>
    <w:p/>
    <w:p>
      <w:r>
        <w:rPr>
          <w:b/>
        </w:rPr>
        <w:t>Ključne poruke</w:t>
      </w:r>
    </w:p>
    <w:p>
      <w:pPr>
        <w:pStyle w:val="ListBullet"/>
      </w:pPr>
      <w:r>
        <w:t>Le décret de l'Alhambra de juillet 1492 a expulsé tous les Juifs d'Espagne, leur laissant seulement deux choix : se convertir au christianisme ou partir immédiatement.</w:t>
      </w:r>
    </w:p>
    <w:p>
      <w:pPr>
        <w:pStyle w:val="ListBullet"/>
      </w:pPr>
      <w:r>
        <w:t>Des familles avec plus de 1 000 ans de présence établie en Espagne ont été forcées d'abandonner leurs maisons, leurs entreprises et leurs synagogues.</w:t>
      </w:r>
    </w:p>
    <w:p>
      <w:pPr>
        <w:pStyle w:val="ListBullet"/>
      </w:pPr>
      <w:r>
        <w:t>Aucun royaume chrétien en Europe n'a offert refuge aux réfugiés juifs ; certains navires de réfugiés ont même été volés par leurs propres capitaines pendant l'exode.</w:t>
      </w:r>
    </w:p>
    <w:p>
      <w:pPr>
        <w:pStyle w:val="ListBullet"/>
      </w:pPr>
      <w:r>
        <w:t>Le sultan Bayezid II de l'Empire ottoman a immédiatement mobilisé toute sa marine sous l'amiral Kemal Reis pour secourir les réfugiés juifs expulsés.</w:t>
      </w:r>
    </w:p>
    <w:p>
      <w:pPr>
        <w:pStyle w:val="ListBullet"/>
      </w:pPr>
      <w:r>
        <w:t>Le sultan ottoman a émis des proclamations accueillant les réfugiés juifs et leur accordant la citoyenneté et la protection dans tout son empire.</w:t>
      </w:r>
    </w:p>
    <w:p>
      <w:pPr>
        <w:pStyle w:val="ListBullet"/>
      </w:pPr>
      <w:r>
        <w:t>Plus de 150 000 réfugiés juifs ont été évacués vers les terres ottomanes, s'installant dans des grandes villes comme Salonique, Istanbul, Izmir et Edirne.</w:t>
      </w:r>
    </w:p>
    <w:p>
      <w:pPr>
        <w:pStyle w:val="ListBullet"/>
      </w:pPr>
      <w:r>
        <w:t>La population juive de Salonique est devenue si importante qu'elle a gagné le titre de 'Jérusalem des Balkans', tandis que le rôle ottoman dans ce sauvetage reste sous-représenté dans les récits historiques traditionnels.</w:t>
      </w:r>
    </w:p>
    <w:p/>
    <w:p>
      <w:r>
        <w:rPr>
          <w:b/>
        </w:rPr>
        <w:t>Članak</w:t>
      </w:r>
    </w:p>
    <w:p>
      <w:r>
        <w:rPr>
          <w:b/>
          <w:color w:val="0F766E"/>
          <w:sz w:val="26"/>
        </w:rPr>
        <w:t>Le décret de l'Alhambra et l'expulsion d'Espagne</w:t>
      </w:r>
    </w:p>
    <w:p/>
    <w:p>
      <w:r>
        <w:t>En juillet 1492, le roi Ferdinand et la reine Isabelle d'Espagne ont émis le décret de l'Alhambra, ordonnant à chaque juif de quitter l'Espagne. Ceux qui restaient n'avaient que deux choix : se convertir au christianisme ou partir immédiatement. Des familles ayant vécu en Espagne pendant plus de 1 000 ans ont été forcées d'abandonner leurs maisons, leurs commerces et leurs synagogues. L'expulsion était absolue et dévastatrice.</w:t>
      </w:r>
    </w:p>
    <w:p/>
    <w:p>
      <w:r>
        <w:rPr>
          <w:b/>
          <w:color w:val="0F766E"/>
          <w:sz w:val="26"/>
        </w:rPr>
        <w:t>L'échec de l'Europe chrétienne</w:t>
      </w:r>
    </w:p>
    <w:p/>
    <w:p>
      <w:r>
        <w:t>Alors que des réfugiés juifs cherchaient refuge, aucun royaume chrétien en Europe ne voulait les accueillir. La situation s'est aggravée lorsque certains navires transportant des réfugiés ont été volés par leurs propres capitaines, ajoutant une tragédie à un exode déjà désespéré. À travers l'Europe chrétienne, il n'y avait ni refuge ni accueil pour la population juive déplacée.</w:t>
      </w:r>
    </w:p>
    <w:p/>
    <w:p>
      <w:r>
        <w:rPr>
          <w:b/>
          <w:color w:val="0F766E"/>
          <w:sz w:val="26"/>
        </w:rPr>
        <w:t>La réponse ottomane</w:t>
      </w:r>
    </w:p>
    <w:p/>
    <w:p>
      <w:r>
        <w:t>Lorsque le sultan Bayezid II à Istanbul a entendu la nouvelle de l'expulsion, il n'a pas hésité. Il a envoyé toute la marine ottomane, commandée par l'amiral Kemal Reis, non pas pour la guerre mais pour le sauvetage. Le sultan a émis des proclamations dans tout son empire accueillant chaque réfugié juif, leur offrant la citoyenneté et la protection. Plus de 150 000 réfugiés juifs ont été évacués vers les terres ottomanes, beaucoup s'installant dans des villes majeures comme Salonique, Istanbul, Izmir et Edirne. Salonique est devenue si densément peuplée de vie juive qu'elle a gagné un nouveau nom : la Jérusalem des Balkans. Alors que l'Europe chrétienne est écrite dans l'histoire comme le méchant de cette histoire, l'Empire ottoman qui a sauvé ces réfugiés est rarement mentionné dans les récits historiques.</w:t>
      </w:r>
    </w:p>
    <w:p/>
    <w:p>
      <w:r>
        <w:rPr>
          <w:b/>
        </w:rPr>
        <w:t>Reference i teme</w:t>
      </w:r>
    </w:p>
    <w:p>
      <w:r>
        <w:t>Teme: #Expulsion espagnole de 1492, #Décret de l'Alhambra, #Réfugiés juifs de l'Empire ottoman, #Sultan Bayezid II, #Histoire juive médiévale, #Communauté juive de Salonique, #Réaction de l'Europe chrétienne aux réfugiés</w:t>
      </w:r>
    </w:p>
    <w:p/>
    <w:p>
      <w:r>
        <w:rPr>
          <w:i/>
          <w:color w:val="94A3B8"/>
          <w:sz w:val="16"/>
        </w:rPr>
        <w:t>Generated by MinbarLive — Knowledge Library · https://minbarlive.com/videos/fr/1492-l-espagne-expulsa-chaque-personne-juive-aucun-royaume-chretien-ne-les-accue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