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Una banda de israelíes enmascarados golpeó a nuestro equipo de @NBCNews y dejó inconsciente a la mujer que estábamos entrevistando.</w:t>
      </w:r>
    </w:p>
    <w:p>
      <w:r>
        <w:rPr>
          <w:b/>
        </w:rPr>
        <w:t xml:space="preserve">Izvor: </w:t>
      </w:r>
      <w:r>
        <w:rPr>
          <w:color w:val="0F766E"/>
        </w:rPr>
        <w:t>https://minbarlive.com/videos/es/una-banda-de-israelies-enmascarados-golpeo-a-nuestro-equipo-de-nbcnews-y-dejo-in</w:t>
      </w:r>
    </w:p>
    <w:p/>
    <w:p>
      <w:r>
        <w:rPr>
          <w:i/>
        </w:rPr>
        <w:t>Un equipo de NBC News, incluyendo al corresponsal Matt Bradley, fue atacado por colonos israelíes enmascarados en Cisjordania mientras informaban sobre el desplazamiento palestino. El equipo y una mujer palestina a la que estaban entrevistando fueron golpeados con garrotes y palos; varios miembros del equipo resultaron heridos.</w:t>
      </w:r>
    </w:p>
    <w:p/>
    <w:p>
      <w:r>
        <w:rPr>
          <w:b/>
        </w:rPr>
        <w:t>Sažetak</w:t>
      </w:r>
    </w:p>
    <w:p>
      <w:r>
        <w:t>El corresponsal de NBC News, Matt Bradley, y su equipo fueron atacados por colonos armados y enmascarados mientras documentaban la situación de los palestinos bajo ocupación de colonos en Cisjordania. El equipo estaba entrevistando a Aida Ahmed Abdullah, una mujer palestina cuya casa ahora está ocupada por colonos israelíes, cuando un coche gris con matrículas israelíes llegó y los ocupantes atacaron a los periodistas y a Aida con palos y piedras, rompiendo el parabrisas del vehículo de noticias y dejando a Aida inconsciente. Matt Bradley recibió dos golpes en el brazo, y otros miembros del equipo—el productor, el camarógrafo y el conductor—sufrieron lesiones; Aida fue hospitalizada. El incidente refleja un aumento más amplio de la violencia de los colonos en Cisjordania, con las Naciones Unidas reportando 76 muertes palestinas a manos de colonos hasta ahora en el año, incluyendo 18 niños. Mientras el primer ministro israelí Benjamin Netanyahu y el embajador de EE. UU. Mike Huckabee condenaron la violencia, la policía militar y de fronteras israelí abrió una investigación pero no realizó arrestos. Aida, quien describió vivir en constante angustia al ver su hogar ocupado, sigue desplazada y sin poder regresar.</w:t>
      </w:r>
    </w:p>
    <w:p/>
    <w:p>
      <w:r>
        <w:rPr>
          <w:b/>
        </w:rPr>
        <w:t>Ključne poruke</w:t>
      </w:r>
    </w:p>
    <w:p>
      <w:pPr>
        <w:pStyle w:val="ListBullet"/>
      </w:pPr>
      <w:r>
        <w:t>Un equipo de NBC News fue atacado por colonos israelíes enmascarados mientras informaba sobre el desplazamiento palestino en Cisjordania, resultando en lesiones a varios miembros del equipo y a una mujer palestina que fue golpeada hasta quedar inconsciente.</w:t>
      </w:r>
    </w:p>
    <w:p>
      <w:pPr>
        <w:pStyle w:val="ListBullet"/>
      </w:pPr>
      <w:r>
        <w:t>El ataque ocurrió mientras el equipo entrevistaba a Aida Ahmed Abdullah, cuya casa ha sido ocupada por colonos israelíes, y ella describió experimentar una angustia constante por la situación.</w:t>
      </w:r>
    </w:p>
    <w:p>
      <w:pPr>
        <w:pStyle w:val="ListBullet"/>
      </w:pPr>
      <w:r>
        <w:t>El incidente es parte de un patrón más amplio de violencia de colonos; la ONU reportó 76 muertes palestinas a manos de colonos ese año, incluyendo 18 niños.</w:t>
      </w:r>
    </w:p>
    <w:p>
      <w:pPr>
        <w:pStyle w:val="ListBullet"/>
      </w:pPr>
      <w:r>
        <w:t>El primer ministro israelí Benjamin Netanyahu y el embajador de EE. UU. Mike Huckabee condenaron públicamente la violencia de los colonos como una violación de la ley y actividad criminal.</w:t>
      </w:r>
    </w:p>
    <w:p>
      <w:pPr>
        <w:pStyle w:val="ListBullet"/>
      </w:pPr>
      <w:r>
        <w:t>Las fuerzas militares israelíes y la policía fronteriza abrieron una investigación y confiscaron vehículos, pero no reportaron arrestos tras el ataque.</w:t>
      </w:r>
    </w:p>
    <w:p>
      <w:pPr>
        <w:pStyle w:val="ListBullet"/>
      </w:pPr>
      <w:r>
        <w:t>La mujer palestina atacada sigue desplazada y no ha podido regresar a su hogar ocupado a pesar del tratamiento hospitalario.</w:t>
      </w:r>
    </w:p>
    <w:p/>
    <w:p>
      <w:r>
        <w:rPr>
          <w:b/>
        </w:rPr>
        <w:t>Članak</w:t>
      </w:r>
    </w:p>
    <w:p>
      <w:r>
        <w:rPr>
          <w:b/>
          <w:color w:val="0F766E"/>
          <w:sz w:val="26"/>
        </w:rPr>
        <w:t>Aumento de la Violencia de los Colonos en Cisjordania</w:t>
      </w:r>
    </w:p>
    <w:p/>
    <w:p>
      <w:r>
        <w:t>En las últimas semanas ha habido un nuevo brote de violencia de colonos israelíes contra familias palestinas en Cisjordania. Ayer, nuestro equipo de NBC News, incluyendo al corresponsal internacional Matt Bradley, se vio atrapado en medio de un incidente de este tipo. Matt está de regreso a salvo en Tel Aviv esta mañana, aunque aún se está recuperando del ataque.</w:t>
      </w:r>
    </w:p>
    <w:p/>
    <w:p>
      <w:r>
        <w:rPr>
          <w:b/>
          <w:color w:val="0F766E"/>
          <w:sz w:val="26"/>
        </w:rPr>
        <w:t>Relato del Ataque</w:t>
      </w:r>
    </w:p>
    <w:p/>
    <w:p>
      <w:r>
        <w:t>Cada miembro del equipo de NBC News fue blanco durante la violencia. Matt Bradley fue golpeado dos veces en el brazo, y el productor, el camarógrafo y uno de los conductores también recibieron golpes, aunque el equipo se está recuperando de las lesiones. El equipo había estado entrevistando a una mujer palestina llamada Aida Ahmed Abdullah, cuya casa en Cisjordania ahora está ocupada por colonos israelíes. Ella describió vivir bajo una constante angustia, diciendo que muere cien veces al día al ver lo que le sucede a su hogar.</w:t>
      </w:r>
    </w:p>
    <w:p/>
    <w:p>
      <w:r>
        <w:t>Mientras Aida llevaba a los periodistas más cerca de su casa, hombres jóvenes enmascarados en un coche gris con matrículas israelíes llegaron armados con palos y piedras. Rompieron el parabrisas del coche del equipo de noticias, golpearon a los miembros del equipo con garrotes y dejaron a Aida inconsciente. El equipo pudo llevarla a una ambulancia, y sus miembros fueron tratados por lesiones leves en el hospital.</w:t>
      </w:r>
    </w:p>
    <w:p/>
    <w:p>
      <w:r>
        <w:rPr>
          <w:b/>
          <w:color w:val="0F766E"/>
          <w:sz w:val="26"/>
        </w:rPr>
        <w:t>Contexto Más Amplio y Respuesta</w:t>
      </w:r>
    </w:p>
    <w:p/>
    <w:p>
      <w:r>
        <w:t>El ataque ocurre en medio de un aumento más amplio de la violencia de colonos en Cisjordania en las últimas semanas. Según las Naciones Unidas, 76 palestinos han sido asesinados por colonos hasta ahora este año, incluidos 18 niños. El primer ministro israelí Benjamin Netanyahu emitió un comunicado ayer acusando a los colonos de violar la ley y dañar la posición de Israel en el mundo. El embajador de EE. UU. en Israel, Mike Huckabee, quien ha sido un defensor vocal de Israel, ha criticado duramente lo que llama terroristas israelíes, exigiendo al gobierno que tome medidas contra la violencia. A principios de este mes, Huckabee declaró: "Estamos consternados por algunas de las cosas que han sucedido a familias que son víctimas de solo actividad criminal. Eso es inexcusable y repugnante."</w:t>
      </w:r>
    </w:p>
    <w:p/>
    <w:p>
      <w:r>
        <w:t>El ejército israelí y la policía fronteriza dijeron que abrieron una investigación sobre el ataque de ayer y confiscaron vehículos pertenecientes a los alborotadores. Sin embargo, no hubo informes de arrestos. Mientras Aida ha salido del hospital y se está recuperando, no se está recuperando en casa; su hogar sigue ocupado por los colonos violentos.</w:t>
      </w:r>
    </w:p>
    <w:p/>
    <w:p>
      <w:r>
        <w:rPr>
          <w:b/>
        </w:rPr>
        <w:t>Reference i teme</w:t>
      </w:r>
    </w:p>
    <w:p>
      <w:r>
        <w:t>Teme: #Violencia de colonos israelíes, #Desplazamiento en Cisjordania, #Derechos humanos palestinos, #Seguridad del equipo de noticias y periodismo bajo amenaza, #Responsabilidad e investigación, #Informes de bajas de la ONU</w:t>
      </w:r>
    </w:p>
    <w:p/>
    <w:p>
      <w:r>
        <w:rPr>
          <w:i/>
          <w:color w:val="94A3B8"/>
          <w:sz w:val="16"/>
        </w:rPr>
        <w:t>Generated by MinbarLive — Knowledge Library · https://minbarlive.com/videos/es/una-banda-de-israelies-enmascarados-golpeo-a-nuestro-equipo-de-nbcnews-y-dejo-in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