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Banda maskiranih Izraelaca pretukla je našu ekipu @NBCNews i ženu koju smo intervjuirali tukla dok nije izgubila svijest.</w:t>
      </w:r>
    </w:p>
    <w:p>
      <w:r>
        <w:rPr>
          <w:b/>
        </w:rPr>
        <w:t xml:space="preserve">Izvor: </w:t>
      </w:r>
      <w:r>
        <w:rPr>
          <w:color w:val="0F766E"/>
        </w:rPr>
        <w:t>https://minbarlive.com/videos/hr/banda-maskiranih-izraelaca-pretukla-je-nasu-ekipu-nbcnews-i-zenu-koju-smo-interv</w:t>
      </w:r>
    </w:p>
    <w:p/>
    <w:p>
      <w:r>
        <w:rPr>
          <w:i/>
        </w:rPr>
        <w:t>Ekipa NBC Newsa, uključujući dopisnika Matta Bradleya, napadnuta je od strane maskiranih izraelskih doseljenika na Zapadnoj obali dok su izvještavali o raseljavanju Palestinaca. Ekipa i palestinska žena koju su intervjuirali pretučeni su palicama i štapovima; više članova ekipe je ozlijeđeno.</w:t>
      </w:r>
    </w:p>
    <w:p/>
    <w:p>
      <w:r>
        <w:rPr>
          <w:b/>
        </w:rPr>
        <w:t>Sažetak</w:t>
      </w:r>
    </w:p>
    <w:p>
      <w:r>
        <w:t>Novinar NBC Newsa Matt Bradley i njegova ekipa napadnuti su od naoružanih maskiranih kolonista dok su dokumentirali situaciju Palestinaca koji žive pod okupacijom kolonista na Zapadnoj obali. Tim je intervjuirao Aidu Ahmed Abdullah, Palestinku čija je kuća sada okupirana od strane izraelskih kolonista, kada je stigao sivi automobil s izraelskim registarskim oznakama, a putnici su napali novinare i Aidu palicama i kamenjem, razbivši vjetrobransko staklo novinarskog vozila i udarivši Aidu u nesvijest. Matt Bradley je dvaput udaren u ruku, a ostali članovi ekipe—producent, snimatelj i vozač—su zadobili ozljede; Aida je hospitalizirana. Ovaj incident odražava širi porast nasilja kolonista na Zapadnoj obali, pri čemu Ujedinjeni narodi izvještavaju o 76 palestinskih smrti uzrokovanih kolonistima do sada te godine, uključujući 18 djece. Dok su izraelski premijer Benjamin Netanyahu i američki ambasador Mike Huckabee osudili nasilje, izraelska vojska i granična policija otvorili su istragu, ali nisu izvršili nijedno hapšenje. Aida, koja opisuje život u stalnoj tjeskobi dok gleda kako joj je kuća okupirana, ostaje raseljena i nesposobna za povratak.</w:t>
      </w:r>
    </w:p>
    <w:p/>
    <w:p>
      <w:r>
        <w:rPr>
          <w:b/>
        </w:rPr>
        <w:t>Ključne poruke</w:t>
      </w:r>
    </w:p>
    <w:p>
      <w:pPr>
        <w:pStyle w:val="ListBullet"/>
      </w:pPr>
      <w:r>
        <w:t>Ekipa NBC Newsa napadnuta je od strane maskiranih izraelskih kolonista dok je izvještavala o palestinskoj raseljenosti na Zapadnoj obali, pri čemu su ozlijeđeni članovi ekipe i jedna Palestinka je udarena do nesvijesti.</w:t>
      </w:r>
    </w:p>
    <w:p>
      <w:pPr>
        <w:pStyle w:val="ListBullet"/>
      </w:pPr>
      <w:r>
        <w:t>Napad se dogodio dok je ekipa intervjuirala Aidu Ahmed Abdullah, čija je kuća okupirana od strane izraelskih kolonista, a ona je opisala stalnu tjeskobu zbog situacije.</w:t>
      </w:r>
    </w:p>
    <w:p>
      <w:pPr>
        <w:pStyle w:val="ListBullet"/>
      </w:pPr>
      <w:r>
        <w:t>Ovaj incident dio je šireg obrasca nasilja kolonista; UN je izvijestio o 76 palestinskih smrtnih slučajeva uzrokovanih kolonistima te godine, uključujući 18 djece.</w:t>
      </w:r>
    </w:p>
    <w:p>
      <w:pPr>
        <w:pStyle w:val="ListBullet"/>
      </w:pPr>
      <w:r>
        <w:t>Izraelski premijer Benjamin Netanyahu i američki veleposlanik Mike Huckabee javno su osudili nasilje kolonista kao kršenje zakona i kriminalnu aktivnost.</w:t>
      </w:r>
    </w:p>
    <w:p>
      <w:pPr>
        <w:pStyle w:val="ListBullet"/>
      </w:pPr>
      <w:r>
        <w:t>Izraelska vojska i granična policija otvorili su istragu i zaplijenili vozila, ali nisu izvijestili o uhićenjima nakon napada.</w:t>
      </w:r>
    </w:p>
    <w:p>
      <w:pPr>
        <w:pStyle w:val="ListBullet"/>
      </w:pPr>
      <w:r>
        <w:t>Napadnuta Palestinka ostaje raseljena i nije mogla vratiti se u svoju okupiranu kuću unatoč liječenju u bolnici.</w:t>
      </w:r>
    </w:p>
    <w:p/>
    <w:p>
      <w:r>
        <w:rPr>
          <w:b/>
        </w:rPr>
        <w:t>Članak</w:t>
      </w:r>
    </w:p>
    <w:p>
      <w:r>
        <w:rPr>
          <w:b/>
          <w:color w:val="0F766E"/>
          <w:sz w:val="26"/>
        </w:rPr>
        <w:t>Porast nasilja naseljenika na Zapadnoj obali</w:t>
      </w:r>
    </w:p>
    <w:p/>
    <w:p>
      <w:r>
        <w:t>U posljednjim tjednima došlo je do novog vala nasilja izraelskih naseljenika protiv palestinskih obitelji na Zapadnoj obali rijeke Jordan. Jučer je naš tim NBC News, uključujući međunarodnog dopisnika Matta Bradleya, bio usred jednog takvog incidenta. Matt se jutros vratio sigurno u Tel Aviv, iako se još oporavlja od napada.</w:t>
      </w:r>
    </w:p>
    <w:p/>
    <w:p>
      <w:r>
        <w:rPr>
          <w:b/>
          <w:color w:val="0F766E"/>
          <w:sz w:val="26"/>
        </w:rPr>
        <w:t>Izvještaj o napadu</w:t>
      </w:r>
    </w:p>
    <w:p/>
    <w:p>
      <w:r>
        <w:t>Svaki član tima NBC News bio je meta tijekom nasilja. Matt Bradley je dvaput udaren u ruku, a producent, snimatelj i jedan od vozača također su zadobili udarce, iako se tim oporavlja od ozljeda. Ekipa je intervjuirala palestinsku ženu po imenu Aida Ahmed Abdullah, čija je kuća na Zapadnoj obali sada okupirana od strane izraelskih naseljenika. Opisala je život pod stalnim stresom, rekavši da umire stotinu puta dnevno gledajući što se događa s njezinom kućom.</w:t>
      </w:r>
    </w:p>
    <w:p/>
    <w:p>
      <w:r>
        <w:t>Dok je Aida vodila novinare bliže svojoj kući, maskirani mladići u sivom automobilu s izraelskim registarskim oznakama stigli su naoružani palicama i kamenjem. Razbili su vjetrobran automobila novinara, udarili članove ekipe palicama i onesvijestili Aidu. Tim je uspio odvesti je do hitne pomoći, a članovi ekipe su liječeni zbog lakših ozljeda u bolnici.</w:t>
      </w:r>
    </w:p>
    <w:p/>
    <w:p>
      <w:r>
        <w:rPr>
          <w:b/>
          <w:color w:val="0F766E"/>
          <w:sz w:val="26"/>
        </w:rPr>
        <w:t>Širi kontekst i reakcija</w:t>
      </w:r>
    </w:p>
    <w:p/>
    <w:p>
      <w:r>
        <w:t>Napad se događa usred šireg porasta nasilja naseljenika diljem Zapadne obale u posljednjim tjednima. Prema podacima Ujedinjenih naroda, 76 Palestinaca ubijeno je od strane naseljenika ove godine, uključujući 18 djece. Izraelski premijer Benjamin Netanyahu jučer je objavio izjavu optužujući naseljenike za kršenje zakona i štetu ugledu Izraela u svijetu. Američki veleposlanik u Izraelu Mike Huckabee, koji je dugo bio otvoreni branitelj Izraela, oštro je kritizirao ono što naziva izraelskim teroristima, zahtijevajući od vlade da se obračuna s nasiljem. Ranije ovog mjeseca, Huckabee je izjavio: "Šokirani smo nekim stvarima koje su se dogodile obiteljima koje su žrtve obične kriminalne aktivnosti. To je neoprostivo i odvratno."</w:t>
      </w:r>
    </w:p>
    <w:p/>
    <w:p>
      <w:r>
        <w:t>Izraelska vojska i granična policija izjavili su da su otvorili istragu o jučerašnjem napadu i konfiscirali vozila koja pripadaju nasilnicima. Međutim, nije bilo izvještaja o uhićenjima. Dok je Aida napustila bolnicu i oporavlja se, ne oporavlja se kod kuće—njezina kuća ostaje okupirana od strane nasilnih naseljenika.</w:t>
      </w:r>
    </w:p>
    <w:p/>
    <w:p>
      <w:r>
        <w:rPr>
          <w:b/>
        </w:rPr>
        <w:t>Reference i teme</w:t>
      </w:r>
    </w:p>
    <w:p>
      <w:r>
        <w:t>Teme: #Nasilje izraelskih doseljenika, #Premještanje na Zapadnoj obali, #Ljudska prava Palestinaca, #Sigurnost novinarskih ekipa i novinarstvo pod prijetnjom, #Odgovornost i istraga, #Izvještaji UN-a o žrtvama</w:t>
      </w:r>
    </w:p>
    <w:p/>
    <w:p>
      <w:r>
        <w:rPr>
          <w:i/>
          <w:color w:val="94A3B8"/>
          <w:sz w:val="16"/>
        </w:rPr>
        <w:t>Generated by MinbarLive — Knowledge Library · https://minbarlive.com/videos/hr/banda-maskiranih-izraelaca-pretukla-je-nasu-ekipu-nbcnews-i-zenu-koju-smo-interv</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