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Confrontation at Holocaust Memorial Over Palestinian Solidarity Shirt</w:t>
      </w:r>
    </w:p>
    <w:p>
      <w:r>
        <w:rPr>
          <w:b/>
        </w:rPr>
        <w:t xml:space="preserve">Izvor: </w:t>
      </w:r>
      <w:r>
        <w:rPr>
          <w:color w:val="0F766E"/>
        </w:rPr>
        <w:t>https://minbarlive.com/videos/a-jewish-woman-started-freaking-out-at-a-group-of-kids-during-a-school-visit-to</w:t>
      </w:r>
    </w:p>
    <w:p/>
    <w:p>
      <w:r>
        <w:rPr>
          <w:i/>
        </w:rPr>
        <w:t>A Jewish woman confronted a school group visiting a concentration camp memorial in Austria over students wearing Palestinian solidarity shirts, arguing that such political statements were inappropriate at a Holocaust remembrance site and equating the message with endorsement of harm against Jewish people.</w:t>
      </w:r>
    </w:p>
    <w:p/>
    <w:p>
      <w:r>
        <w:rPr>
          <w:b/>
        </w:rPr>
        <w:t>Sažetak</w:t>
      </w:r>
    </w:p>
    <w:p>
      <w:r>
        <w:t>This account documents a confrontation that occurred at a concentration camp memorial site in Austria when a Jewish woman objected to a school group's presence, specifically targeting students wearing 'Free Palestine' shirts. The woman questioned the group leader multiple times about the appropriateness of displaying what she characterized as political messaging at a Holocaust memorial dedicated to honoring victims of genocide. She argued that such shirts dishonored Holocaust victims and equated the Palestinian solidarity message with endorsement of violence against Jewish people. When the group or students clarified that the shirt expressed opposition to the killing of Palestinians, the woman rejected this framing and countered by describing the situation as genocide against Palestine, while maintaining her position that political statements had no place in a Holocaust memorial context. The incident highlights tensions between Holocaust remembrance, contemporary political activism, and competing claims about harm and genocide.</w:t>
      </w:r>
    </w:p>
    <w:p/>
    <w:p>
      <w:r>
        <w:rPr>
          <w:b/>
        </w:rPr>
        <w:t>Ključne poruke</w:t>
      </w:r>
    </w:p>
    <w:p>
      <w:pPr>
        <w:pStyle w:val="ListBullet"/>
      </w:pPr>
      <w:r>
        <w:t>A woman objected to students wearing 'Free Palestine' shirts at a Holocaust memorial site in Austria, arguing political statements were inappropriate in that context.</w:t>
      </w:r>
    </w:p>
    <w:p>
      <w:pPr>
        <w:pStyle w:val="ListBullet"/>
      </w:pPr>
      <w:r>
        <w:t>The woman characterized the shirts as dishonoring Holocaust victims and equated the Palestinian solidarity message with endorsement of harm against Jewish people.</w:t>
      </w:r>
    </w:p>
    <w:p>
      <w:pPr>
        <w:pStyle w:val="ListBullet"/>
      </w:pPr>
      <w:r>
        <w:t>When clarified that the shirt opposed the killing of Palestinians, the woman rejected this interpretation and countered with claims about genocide against Palestine.</w:t>
      </w:r>
    </w:p>
    <w:p>
      <w:pPr>
        <w:pStyle w:val="ListBullet"/>
      </w:pPr>
      <w:r>
        <w:t>The confrontation reflects a dispute over the boundaries of appropriate political expression at Holocaust memorial sites and competing framings of historical and contemporary harm.</w:t>
      </w:r>
    </w:p>
    <w:p>
      <w:pPr>
        <w:pStyle w:val="ListBullet"/>
      </w:pPr>
      <w:r>
        <w:t>The group leader or students maintained that the shirts were acceptable, resisting the woman's assertion that the display was antisemitic or dishonoring to Holocaust remembrance.</w:t>
      </w:r>
    </w:p>
    <w:p/>
    <w:p>
      <w:r>
        <w:rPr>
          <w:b/>
        </w:rPr>
        <w:t>Članak</w:t>
      </w:r>
    </w:p>
    <w:p>
      <w:r>
        <w:rPr>
          <w:b/>
          <w:color w:val="0F766E"/>
          <w:sz w:val="26"/>
        </w:rPr>
        <w:t>The Confrontation</w:t>
      </w:r>
    </w:p>
    <w:p/>
    <w:p>
      <w:r>
        <w:t>A woman approached a school group at a concentration camp memorial site in Austria and questioned the group leader about the presence of students wearing "Free Palestine" shirts. She asked why such political statements were being displayed at a Holocaust memorial, describing the practice as inappropriate for a site dedicated to honoring Holocaust victims.</w:t>
      </w:r>
    </w:p>
    <w:p/>
    <w:p>
      <w:r>
        <w:t xml:space="preserve">When the group leader indicated that the shirts were acceptable, the woman pressed further, asking multiple times if the students and staff were comfortable with the display. She objected to what she saw as a conflation of </w:t>
      </w:r>
      <w:r>
        <w:rPr>
          <w:b/>
        </w:rPr>
        <w:t>Holocaust remembrance</w:t>
      </w:r>
      <w:r>
        <w:t xml:space="preserve"> with contemporary political messaging.</w:t>
      </w:r>
    </w:p>
    <w:p/>
    <w:p>
      <w:r>
        <w:rPr>
          <w:b/>
          <w:color w:val="0F766E"/>
          <w:sz w:val="26"/>
        </w:rPr>
        <w:t>Claims About Education and Intent</w:t>
      </w:r>
    </w:p>
    <w:p/>
    <w:p>
      <w:r>
        <w:t>The woman characterized the school's approach as problematic education, arguing that allowing such shirts at a concentration camp site dishonored Holocaust victims. She asserted that the "Free Palestine" message was equivalent to endorsing harm against Jewish people, stating that the shirt conveyed an acceptance of "the murder of Jews."</w:t>
      </w:r>
    </w:p>
    <w:p/>
    <w:p>
      <w:r>
        <w:t>When the group leader or one of the students clarified that the shirt's message was opposition to the killing of Palestinians, the woman rejected this interpretation. She countered by describing the situation as a case of genocide against Palestine, maintaining her position that the political statement was inappropriate in that memorial context.</w:t>
      </w:r>
    </w:p>
    <w:p/>
    <w:p>
      <w:r>
        <w:rPr>
          <w:b/>
        </w:rPr>
        <w:t>Reference i teme</w:t>
      </w:r>
    </w:p>
    <w:p>
      <w:r>
        <w:t>Teme: #Palestine-Israel conflict, #Holocaust memorials and education, #Political activism and youth, #Competing narratives of harm and genocide, #Antisemitism allegations, #Holocaust remembrance</w:t>
      </w:r>
    </w:p>
    <w:p/>
    <w:p>
      <w:r>
        <w:rPr>
          <w:i/>
          <w:color w:val="94A3B8"/>
          <w:sz w:val="16"/>
        </w:rPr>
        <w:t>Generated by MinbarLive — Knowledge Library · https://minbarlive.com/videos/a-jewish-woman-started-freaking-out-at-a-group-of-kids-during-a-school-visit-to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