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Eine jüdische Frau begann bei einem Schulbesuch einer Gruppe von Kindern in einer „Holocaust“-Gedenkstätte in Österreich auszuflippen.</w:t>
      </w:r>
    </w:p>
    <w:p>
      <w:r>
        <w:rPr>
          <w:b/>
        </w:rPr>
        <w:t xml:space="preserve">Izvor: </w:t>
      </w:r>
      <w:r>
        <w:rPr>
          <w:color w:val="0F766E"/>
        </w:rPr>
        <w:t>https://minbarlive.com/videos/de/eine-juedische-frau-begann-bei-einem-schulbesuch-einer-gruppe-von-kindern-in-ein</w:t>
      </w:r>
    </w:p>
    <w:p/>
    <w:p>
      <w:r>
        <w:rPr>
          <w:i/>
        </w:rPr>
        <w:t>Eine jüdische Frau konfrontierte eine Schulgruppe, die ein Konzentrationslager-Gedenkstätte in Österreich besuchte, wegen der Schüler, die T-Shirts mit palästinensischer Solidarität trugen. Sie argumentierte, dass solche politischen Aussagen an einem Ort des Holocaust-Gedenkens unangemessen seien und verglich die Botschaft mit der Billigung von Schaden gegen jüdische Menschen.</w:t>
      </w:r>
    </w:p>
    <w:p/>
    <w:p>
      <w:r>
        <w:rPr>
          <w:b/>
        </w:rPr>
        <w:t>Sažetak</w:t>
      </w:r>
    </w:p>
    <w:p>
      <w:r>
        <w:t>Dieser Bericht dokumentiert eine Auseinandersetzung, die an einem Denkmal für Konzentrationslager in Österreich stattfand, als eine jüdische Frau gegen die Anwesenheit einer Schulgruppe protestierte, insbesondere gegen Schüler, die 'Free Palestine'-T-Shirts trugen. Die Frau stellte dem Gruppenleiter mehrfach die Frage, ob es angemessen sei, was sie als politische Botschaft bezeichnete, an einem Holocaust-Denkmal zu zeigen, das den Opfern des Völkermords gewidmet ist. Sie argumentierte, dass solche T-Shirts die Holocaust-Opfer entehren und die Solidaritätsbotschaft mit Palästinensern mit der Billigung von Gewalt gegen jüdische Menschen gleichsetze. Als die Gruppe oder die Schüler klarstellten, dass das Shirt eine Ablehnung der Tötung von Palästinensern ausdrücke, wies die Frau diese Darstellung zurück und beschrieb die Situation als Völkermord gegen Palästina, während sie weiterhin ihre Position vertrat, dass politische Aussagen an einem Holocaust-Denkmal keinen Platz hätten. Der Vorfall verdeutlicht die Spannungen zwischen der Erinnerung an den Holocaust, zeitgenössischem politischen Aktivismus und konkurrierenden Ansprüchen über Schaden und Völkermord.</w:t>
      </w:r>
    </w:p>
    <w:p/>
    <w:p>
      <w:r>
        <w:rPr>
          <w:b/>
        </w:rPr>
        <w:t>Ključne poruke</w:t>
      </w:r>
    </w:p>
    <w:p>
      <w:pPr>
        <w:pStyle w:val="ListBullet"/>
      </w:pPr>
      <w:r>
        <w:t>Eine Frau wandte sich gegen Schüler, die T-Shirts mit 'Free Palestine' an einem Holocaust-Mahnmal in Österreich trugen, und argumentierte, politische Aussagen seien in diesem Kontext unangemessen.</w:t>
      </w:r>
    </w:p>
    <w:p>
      <w:pPr>
        <w:pStyle w:val="ListBullet"/>
      </w:pPr>
      <w:r>
        <w:t>Die Frau charakterisierte die T-Shirts als eine Entweihung der Holocaust-Opfer und verglich die Solidaritätsbotschaft mit Palästinensern mit einer Billigung von Schaden gegen jüdische Menschen.</w:t>
      </w:r>
    </w:p>
    <w:p>
      <w:pPr>
        <w:pStyle w:val="ListBullet"/>
      </w:pPr>
      <w:r>
        <w:t>Als klargestellt wurde, dass das T-Shirt gegen die Tötung von Palästinensern gerichtet war, wies die Frau diese Interpretation zurück und entgegnete mit Behauptungen über Völkermord gegen Palästina.</w:t>
      </w:r>
    </w:p>
    <w:p>
      <w:pPr>
        <w:pStyle w:val="ListBullet"/>
      </w:pPr>
      <w:r>
        <w:t>Die Auseinandersetzung spiegelt einen Streit über die Grenzen angemessener politischer Äußerungen an Holocaust-Mahnmalen und konkurrierende Deutungen von historischem und zeitgenössischem Leid wider.</w:t>
      </w:r>
    </w:p>
    <w:p>
      <w:pPr>
        <w:pStyle w:val="ListBullet"/>
      </w:pPr>
      <w:r>
        <w:t>Der Gruppenleiter oder die Schüler hielten die T-Shirts für akzeptabel und wiesen die Behauptung der Frau zurück, dass die Darstellung antisemitisch oder eine Entweihung des Holocaust-Gedenkens sei.</w:t>
      </w:r>
    </w:p>
    <w:p/>
    <w:p>
      <w:r>
        <w:rPr>
          <w:b/>
        </w:rPr>
        <w:t>Članak</w:t>
      </w:r>
    </w:p>
    <w:p>
      <w:r>
        <w:rPr>
          <w:b/>
          <w:color w:val="0F766E"/>
          <w:sz w:val="26"/>
        </w:rPr>
        <w:t>Die Konfrontation</w:t>
      </w:r>
    </w:p>
    <w:p/>
    <w:p>
      <w:r>
        <w:t>Eine Frau näherte sich einer Schulgruppe an einem Gedenkort für Konzentrationslager in Österreich und stellte der Gruppenleiterin Fragen zur Anwesenheit von Schülern, die T-Shirts mit der Aufschrift "Free Palestine" trugen. Sie fragte, warum solche politischen Aussagen an einem Holocaust-Gedenkort gezeigt würden und bezeichnete diese Praxis als unangemessen für einen Ort, der den Opfern des Holocaust gewidmet ist.</w:t>
      </w:r>
    </w:p>
    <w:p/>
    <w:p>
      <w:r>
        <w:t>Als die Gruppenleiterin angab, dass die T-Shirts akzeptabel seien, drängte die Frau weiter und fragte mehrfach, ob die Schüler und das Personal mit der Darstellung einverstanden seien. Sie wandte sich gegen das, was sie als Vermischung von Holocaust-Erinnerung und zeitgenössischer politischer Botschaft ansah.</w:t>
      </w:r>
    </w:p>
    <w:p/>
    <w:p>
      <w:r>
        <w:rPr>
          <w:b/>
          <w:color w:val="0F766E"/>
          <w:sz w:val="26"/>
        </w:rPr>
        <w:t>Aussagen über Bildung und Absicht</w:t>
      </w:r>
    </w:p>
    <w:p/>
    <w:p>
      <w:r>
        <w:t>Die Frau charakterisierte den Ansatz der Schule als problematische Bildung und argumentierte, dass das Tragen solcher T-Shirts an einem Konzentrationslager-Gelände die Opfer des Holocaust entehren würde. Sie behauptete, dass die Botschaft "Free Palestine" gleichbedeutend mit der Billigung von Schaden gegen jüdische Menschen sei und erklärte, dass das T-Shirt eine Akzeptanz des "Mords an Juden" vermittle.</w:t>
      </w:r>
    </w:p>
    <w:p/>
    <w:p>
      <w:r>
        <w:t>Als die Gruppenleiterin oder einer der Schüler klarstellte, dass die Botschaft des T-Shirts eine Ablehnung der Tötung von Palästinensern sei, wies die Frau diese Interpretation zurück. Sie entgegnete, dass die Situation einen Fall von Völkermord gegen Palästina darstelle und hielt an ihrer Position fest, dass die politische Aussage in diesem Gedenkontext unangemessen sei.</w:t>
      </w:r>
    </w:p>
    <w:p/>
    <w:p>
      <w:r>
        <w:rPr>
          <w:b/>
        </w:rPr>
        <w:t>Reference i teme</w:t>
      </w:r>
    </w:p>
    <w:p>
      <w:r>
        <w:t>Teme: #Palästina-Israel-Konflikt, #Holocaust-Gedenkstätten und Bildung, #Politisches Engagement und Jugend, #Wettbewerbende Narrative von Schaden und Völkermord, #Antisemitismusvorwürfe, #Holocaust-Gedenken</w:t>
      </w:r>
    </w:p>
    <w:p/>
    <w:p>
      <w:r>
        <w:rPr>
          <w:i/>
          <w:color w:val="94A3B8"/>
          <w:sz w:val="16"/>
        </w:rPr>
        <w:t>Generated by MinbarLive — Knowledge Library · https://minbarlive.com/videos/de/eine-juedische-frau-begann-bei-einem-schulbesuch-einer-gruppe-von-kindern-in-ein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