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Una donna ebrea si è messa a urlare contro un gruppo di bambini durante una visita scolastica a un memoriale dell'«Olocausto» in Austria</w:t>
      </w:r>
    </w:p>
    <w:p>
      <w:r>
        <w:rPr>
          <w:b/>
        </w:rPr>
        <w:t xml:space="preserve">Izvor: </w:t>
      </w:r>
      <w:r>
        <w:rPr>
          <w:color w:val="0F766E"/>
        </w:rPr>
        <w:t>https://minbarlive.com/videos/it/una-donna-ebrea-si-e-messa-a-urlare-contro-un-gruppo-di-bambini-durante-una-visi</w:t>
      </w:r>
    </w:p>
    <w:p/>
    <w:p>
      <w:r>
        <w:rPr>
          <w:i/>
        </w:rPr>
        <w:t>Una donna ebrea ha affrontato un gruppo scolastico in visita a un memoriale di un campo di concentramento in Austria, riguardo agli studenti che indossavano magliette di solidarietà con la Palestina, sostenendo che tali dichiarazioni politiche fossero inappropriate in un luogo di commemorazione dell'Olocausto e equiparando il messaggio a un sostegno al danno contro gli ebrei.</w:t>
      </w:r>
    </w:p>
    <w:p/>
    <w:p>
      <w:r>
        <w:rPr>
          <w:b/>
        </w:rPr>
        <w:t>Sažetak</w:t>
      </w:r>
    </w:p>
    <w:p>
      <w:r>
        <w:t>Questo racconto documenta un confronto avvenuto in un memoriale di un campo di concentramento in Austria, quando una donna ebrea ha contestato la presenza di un gruppo scolastico, in particolare gli studenti che indossavano magliette con la scritta 'Free Palestine'. La donna ha interrogato più volte il leader del gruppo sull'appropriatezza di esporre quello che ha definito un messaggio politico in un memoriale dell'Olocausto dedicato a onorare le vittime del genocidio. Ha sostenuto che tali magliette disonorassero le vittime dell'Olocausto e ha equiparato il messaggio di solidarietà palestinese a un sostegno alla violenza contro gli ebrei. Quando il gruppo o gli studenti hanno chiarito che la maglietta esprimeva opposizione all'uccisione dei palestinesi, la donna ha respinto questa interpretazione e ha controbattuto descrivendo la situazione come genocidio contro la Palestina, mantenendo la sua posizione che le dichiarazioni politiche non avessero posto in un contesto di memoriale dell'Olocausto. L'incidente mette in evidenza le tensioni tra la memoria dell'Olocausto, l'attivismo politico contemporaneo e le rivendicazioni concorrenti riguardo al danno e al genocidio.</w:t>
      </w:r>
    </w:p>
    <w:p/>
    <w:p>
      <w:r>
        <w:rPr>
          <w:b/>
        </w:rPr>
        <w:t>Ključne poruke</w:t>
      </w:r>
    </w:p>
    <w:p>
      <w:pPr>
        <w:pStyle w:val="ListBullet"/>
      </w:pPr>
      <w:r>
        <w:t>Una donna ha contestato gli studenti che indossavano magliette 'Free Palestine' in un sito commemorativo dell'Olocausto in Austria, sostenendo che le dichiarazioni politiche fossero inadeguate in quel contesto.</w:t>
      </w:r>
    </w:p>
    <w:p>
      <w:pPr>
        <w:pStyle w:val="ListBullet"/>
      </w:pPr>
      <w:r>
        <w:t>La donna ha caratterizzato le magliette come una mancanza di rispetto verso le vittime dell'Olocausto e ha equiparato il messaggio di solidarietà palestinese con un'approvazione di danno contro gli ebrei.</w:t>
      </w:r>
    </w:p>
    <w:p>
      <w:pPr>
        <w:pStyle w:val="ListBullet"/>
      </w:pPr>
      <w:r>
        <w:t>Quando è stato chiarito che la maglietta si opponeva all'uccisione dei palestinesi, la donna ha rifiutato questa interpretazione e ha controbattuto con affermazioni sul genocidio contro la Palestina.</w:t>
      </w:r>
    </w:p>
    <w:p>
      <w:pPr>
        <w:pStyle w:val="ListBullet"/>
      </w:pPr>
      <w:r>
        <w:t>Il confronto riflette una disputa sui confini dell'espressione politica appropriata nei siti commemorativi dell'Olocausto e sulle diverse interpretazioni del danno storico e contemporaneo.</w:t>
      </w:r>
    </w:p>
    <w:p>
      <w:pPr>
        <w:pStyle w:val="ListBullet"/>
      </w:pPr>
      <w:r>
        <w:t>Il leader del gruppo o gli studenti hanno sostenuto che le magliette fossero accettabili, resistendo all'affermazione della donna che l'esposizione fosse antisemita o irrispettosa della memoria dell'Olocausto.</w:t>
      </w:r>
    </w:p>
    <w:p/>
    <w:p>
      <w:r>
        <w:rPr>
          <w:b/>
        </w:rPr>
        <w:t>Članak</w:t>
      </w:r>
    </w:p>
    <w:p>
      <w:r>
        <w:rPr>
          <w:b/>
          <w:color w:val="0F766E"/>
          <w:sz w:val="26"/>
        </w:rPr>
        <w:t>Il Confronto</w:t>
      </w:r>
    </w:p>
    <w:p/>
    <w:p>
      <w:r>
        <w:t>Una donna si è avvicinata a un gruppo scolastico in un sito commemorativo di un campo di concentramento in Austria e ha interrogato il leader del gruppo sulla presenza di studenti con magliette "Free Palestine". Ha chiesto perché tali dichiarazioni politiche fossero esposte in un memoriale dell'Olocausto, descrivendo la pratica come inappropriata per un sito dedicato a onorare le vittime dell'Olocausto.</w:t>
      </w:r>
    </w:p>
    <w:p/>
    <w:p>
      <w:r>
        <w:t>Quando il leader del gruppo ha indicato che le magliette erano accettabili, la donna ha insistito, chiedendo più volte se gli studenti e il personale si sentissero a loro agio con l'esposizione. Si è opposta a quella che vedeva come una confusione tra il ricordo dell'Olocausto e il messaggio politico contemporaneo.</w:t>
      </w:r>
    </w:p>
    <w:p/>
    <w:p>
      <w:r>
        <w:rPr>
          <w:b/>
          <w:color w:val="0F766E"/>
          <w:sz w:val="26"/>
        </w:rPr>
        <w:t>Affermazioni sull'Istruzione e sull'Intento</w:t>
      </w:r>
    </w:p>
    <w:p/>
    <w:p>
      <w:r>
        <w:t>La donna ha caratterizzato l'approccio della scuola come un'educazione problematica, sostenendo che consentire tali magliette in un sito di un campo di concentramento disonorasse le vittime dell'Olocausto. Ha affermato che il messaggio "Free Palestine" equivaleva a sostenere danni contro il popolo ebraico, dichiarando che la maglietta trasmetteva un'accettazione "dell'omicidio degli ebrei."</w:t>
      </w:r>
    </w:p>
    <w:p/>
    <w:p>
      <w:r>
        <w:t>Quando il leader del gruppo o uno degli studenti ha chiarito che il messaggio della maglietta era opposizione all'uccisione dei palestinesi, la donna ha rifiutato questa interpretazione. Ha controbattuto descrivendo la situazione come un caso di genocidio contro la Palestina, mantenendo la sua posizione che la dichiarazione politica fosse inappropriata in quel contesto commemorativo.</w:t>
      </w:r>
    </w:p>
    <w:p/>
    <w:p>
      <w:r>
        <w:rPr>
          <w:b/>
        </w:rPr>
        <w:t>Reference i teme</w:t>
      </w:r>
    </w:p>
    <w:p>
      <w:r>
        <w:t>Teme: #conflitto Palestina-Israele, #memoriali e istruzione sull'Olocausto, #attivismo politico e gioventù, #narrazioni in conflitto di danno e genocidio, #accuse di antisemitismo, #commemorazione dell'Olocausto</w:t>
      </w:r>
    </w:p>
    <w:p/>
    <w:p>
      <w:r>
        <w:rPr>
          <w:i/>
          <w:color w:val="94A3B8"/>
          <w:sz w:val="16"/>
        </w:rPr>
        <w:t>Generated by MinbarLive — Knowledge Library · https://minbarlive.com/videos/it/una-donna-ebrea-si-e-messa-a-urlare-contro-un-gruppo-di-bambini-durante-una-visi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