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ABC News, 1967. Bob Young izvještava iz izbjegličkog kampa u Ammanu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https://minbarlive.com/videos/hr/abc-news-1967-bob-young-izvjestava-iz-izbjeglickog-kampa-u-ammanu</w:t>
      </w:r>
    </w:p>
    <w:p/>
    <w:p>
      <w:r>
        <w:rPr>
          <w:i/>
        </w:rPr>
        <w:t>Novinar ABC Newsa Bob Young izvještava iz izbjegličkog kampa u Ammanu 1967. godine, dokumentirajući svjedočanstva raseljenih Palestinaca—pretežno žena i djece—koji opisuju prisilno raseljavanje, uništavanje sela i svoje uvjerenje da zapadni svijet ignorira njihovu patnju.</w:t>
      </w:r>
    </w:p>
    <w:p/>
    <w:p>
      <w:r>
        <w:rPr>
          <w:b/>
        </w:rPr>
        <w:t>Sažetak</w:t>
      </w:r>
    </w:p>
    <w:p>
      <w:r>
        <w:t>U ovom izvještaju ABC Newsa iz Amana iz 1967. godine, dopisnik Bob Young posjećuje najveći palestinski izbjeglički kamp, koji smještava 7.500 ljudi, a svakodnevno pristižu novi. Stanovništvo kampa pretežno čine žene i djeca; muškarci su većinom izvan vidokruga, opisujući se kao puni očaja i mržnje. Young dokumentira svjedočanstva izbjeglica o prisilnom raseljavanju, uključujući noćno tjeranje, marširanje s podignutim rukama miljama pod paljbom, i svjedočenje namjernom uništavanju njihovih sela kako bi ih prisilili na evakuaciju. Izbjeglice izražavaju uvjerenje da zapadni svijet ne želi čuti njihovo svjedočanstvo. Opisuju Izrael kao 51. državu Sjedinjenih Američkih Država i pripisuju svoje raseljavanje i patnje američkom imperijalizmu. Young završava opservacijom o psihološkom teretu: jedini rast vidljiv u kampu su ono što on naziva 'sjeme osvete.'</w:t>
      </w:r>
    </w:p>
    <w:p/>
    <w:p>
      <w:r>
        <w:rPr>
          <w:b/>
        </w:rPr>
        <w:t>Ključne poruke</w:t>
      </w:r>
    </w:p>
    <w:p>
      <w:pPr>
        <w:pStyle w:val="ListBullet"/>
      </w:pPr>
      <w:r>
        <w:t>Izbjeglički kamp u Ammanu je 1967. godine imao 7.500 ljudi, većinom žena i djece, i nastavio je primati nove dolaske.</w:t>
      </w:r>
    </w:p>
    <w:p>
      <w:pPr>
        <w:pStyle w:val="ListBullet"/>
      </w:pPr>
      <w:r>
        <w:t>Izbjeglice su prijavile da su prisilno premještene kroz noćne racije, prisilne marševe pod oružanom pratnjom i pucnjavu, prema njihovim svjedočenjima.</w:t>
      </w:r>
    </w:p>
    <w:p>
      <w:pPr>
        <w:pStyle w:val="ListBullet"/>
      </w:pPr>
      <w:r>
        <w:t>Više sela je namjerno uništeno kako bi se prisilili stanovnici da odu, kako su opisali raseljeni Palestinci intervjuirani u kampu.</w:t>
      </w:r>
    </w:p>
    <w:p>
      <w:pPr>
        <w:pStyle w:val="ListBullet"/>
      </w:pPr>
      <w:r>
        <w:t>Izbjeglice su vjerovale da njihovi iskazi namjerno bivaju ignorirani od strane zapadnog svijeta i pripisivali su odgovornost američkoj podršci Izraelu.</w:t>
      </w:r>
    </w:p>
    <w:p>
      <w:pPr>
        <w:pStyle w:val="ListBullet"/>
      </w:pPr>
      <w:r>
        <w:t>Psihološki utjecaj raseljenja i percipirana međunarodna indiferentnost odražavali su se u onome što je Young opisao kao klimu sve dubljeg ogorčenja u kampu.</w:t>
      </w:r>
    </w:p>
    <w:p/>
    <w:p>
      <w:r>
        <w:rPr>
          <w:b/>
        </w:rPr>
        <w:t>Članak</w:t>
      </w:r>
    </w:p>
    <w:p>
      <w:r>
        <w:rPr>
          <w:b/>
          <w:color w:val="0F766E"/>
          <w:sz w:val="26"/>
        </w:rPr>
        <w:t>Stanovništvo kampa i sastav izbjeglica</w:t>
      </w:r>
    </w:p>
    <w:p/>
    <w:p>
      <w:r>
        <w:t>Većina izbjeglica u ovom kampu su žene i djeca. Neki muževi su također prisutni, ali se skrivaju, njegujući osjećaje očaja i mržnje te ne želeći biti snimani. Ovaj najveći izbjeglički kamp ima populaciju od 7.500, a svakodnevno pristižu novi.</w:t>
      </w:r>
    </w:p>
    <w:p/>
    <w:p>
      <w:r>
        <w:rPr>
          <w:b/>
          <w:color w:val="0F766E"/>
          <w:sz w:val="26"/>
        </w:rPr>
        <w:t>Izvještaji o raseljenju i vojnim operacijama</w:t>
      </w:r>
    </w:p>
    <w:p/>
    <w:p>
      <w:r>
        <w:t>Gotovo sve izbjeglice donose priče o izraelskoj brutalnosti. Opisuju kako su noću okupljeni, odvedeni dijelom puta do rijeke i prisiljeni hodati s rukama u zraku kilometrima dok su ih izraelske trupe požurivale pucnjavom iznad njihovih glava. Prema izvještajima izbjeglica, nekoliko njihovih sela je namjerno uništeno kako bi morali otići.</w:t>
      </w:r>
    </w:p>
    <w:p/>
    <w:p>
      <w:r>
        <w:rPr>
          <w:b/>
          <w:color w:val="0F766E"/>
          <w:sz w:val="26"/>
        </w:rPr>
        <w:t>Percepcije međunarodne reakcije i uzroka</w:t>
      </w:r>
    </w:p>
    <w:p/>
    <w:p>
      <w:r>
        <w:t>Izbjeglice ne vjeruju da zapadni svijet želi čuti njihovu priču. Kažu da je Izrael 51. država Sjedinjenih Američkih Država i uzrok svoje patnje pripisuju američkom imperijalizmu.</w:t>
      </w:r>
    </w:p>
    <w:p/>
    <w:p>
      <w:r>
        <w:rPr>
          <w:b/>
          <w:color w:val="0F766E"/>
          <w:sz w:val="26"/>
        </w:rPr>
        <w:t>Trenutni uvjeti</w:t>
      </w:r>
    </w:p>
    <w:p/>
    <w:p>
      <w:r>
        <w:t>Jedina stvar koja raste u ovom kampu su sjemenke osvete.</w:t>
      </w:r>
    </w:p>
    <w:p/>
    <w:p>
      <w:r>
        <w:rPr>
          <w:i/>
        </w:rPr>
        <w:t>Bob Young, ABC News, Aman</w:t>
      </w:r>
    </w:p>
    <w:p/>
    <w:p>
      <w:r>
        <w:rPr>
          <w:b/>
        </w:rPr>
        <w:t>Reference i teme</w:t>
      </w:r>
    </w:p>
    <w:p>
      <w:r>
        <w:t>Teme: #palestinski izbjeglice, #premještanje 1967., #izbjeglički kamp u Ammanu, #izraelske vojne operacije, #prisilno premještanje i uništavanje sela, #međunarodna reakcija i zapadna percepcija, #svjedočanstvo očevidaca</w:t>
      </w:r>
    </w:p>
    <w:p/>
    <w:p>
      <w:r>
        <w:rPr>
          <w:i/>
          <w:color w:val="94A3B8"/>
          <w:sz w:val="16"/>
        </w:rPr>
        <w:t>Generated by MinbarLive — Knowledge Library · https://minbarlive.com/videos/hr/abc-news-1967-bob-young-izvjestava-iz-izbjeglickog-kampa-u-ammanu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