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Abier - I’m dead 😂😂😂  “The atmosphere Israeli awkward” 😂</w:t>
      </w:r>
    </w:p>
    <w:p>
      <w:r>
        <w:rPr>
          <w:b/>
        </w:rPr>
        <w:t xml:space="preserve">Izvor: </w:t>
      </w:r>
      <w:r>
        <w:rPr>
          <w:color w:val="0F766E"/>
        </w:rPr>
        <w:t>https://minbarlive.com/videos/abier-i-m-dead-the-atmosphere-israeli-awkward</w:t>
      </w:r>
    </w:p>
    <w:p/>
    <w:p>
      <w:r>
        <w:rPr>
          <w:i/>
        </w:rPr>
        <w:t>This transcript documents a street interview that escalates from casual conversation with Israeli tourists into a confrontational political exchange and freestyle rap performance. The interviewer shifts from friendly questions to provocative accusations about genocide and Israeli government policy, culminating in a performance mixing personal details with explicit political messaging.</w:t>
      </w:r>
    </w:p>
    <w:p/>
    <w:p>
      <w:r>
        <w:rPr>
          <w:b/>
        </w:rPr>
        <w:t>Sažetak</w:t>
      </w:r>
    </w:p>
    <w:p>
      <w:r>
        <w:t>This content captures a street interview interaction that begins with standard get-to-know-you questions with three people from Tel Aviv, Israel, but undergoes a sharp tonal shift once their nationality is revealed. The interviewer poses an aggressive opening question conflating support for Israeli government policies with personal culpability for historical and contemporary genocides. After acknowledging the unfairness of this framing, the interviewer proceeds anyway, asking direct questions about political allegiance. The interaction then transitions into a freestyle rap performance that incorporates personal details gleaned from the interview—references to a retired man's former online pharmacy business and an accountant's profession—while layering in political accusations and casualty figures. The performance emphasizes anti-Israel messaging and Palestinian solidarity rhetoric. The overall tone becomes increasingly uncomfortable as the interaction progresses from friendly interview to political confrontation to explicit performance art.</w:t>
      </w:r>
    </w:p>
    <w:p/>
    <w:p>
      <w:r>
        <w:rPr>
          <w:b/>
        </w:rPr>
        <w:t>Ključne poruke</w:t>
      </w:r>
    </w:p>
    <w:p>
      <w:pPr>
        <w:pStyle w:val="ListBullet"/>
      </w:pPr>
      <w:r>
        <w:t>The interviewer employs a confrontational technique of conflating nationality with government policy support, asking Israeli individuals directly about their personal endorsement of their government's actions.</w:t>
      </w:r>
    </w:p>
    <w:p>
      <w:pPr>
        <w:pStyle w:val="ListBullet"/>
      </w:pPr>
      <w:r>
        <w:t>Personal information gathered during an apparently casual interview is later repurposed in a freestyle rap that reframes mundane occupational details (pharmacy business, accounting) as morally compromised activities.</w:t>
      </w:r>
    </w:p>
    <w:p>
      <w:pPr>
        <w:pStyle w:val="ListBullet"/>
      </w:pPr>
      <w:r>
        <w:t>The shift from interview to rap represents a deliberate escalation strategy, moving from question-based confrontation to artistic performance as a medium for political messaging.</w:t>
      </w:r>
    </w:p>
    <w:p>
      <w:pPr>
        <w:pStyle w:val="ListBullet"/>
      </w:pPr>
      <w:r>
        <w:t>The interviewer acknowledges potential unfairness in holding individuals responsible for state actions based on nationality alone, but proceeds with the confrontational approach anyway.</w:t>
      </w:r>
    </w:p>
    <w:p>
      <w:pPr>
        <w:pStyle w:val="ListBullet"/>
      </w:pPr>
      <w:r>
        <w:t>The performance incorporates specific casualty figures and political slogans ('Free Palestine') as central rhetorical content within the artistic medium.</w:t>
      </w:r>
    </w:p>
    <w:p>
      <w:pPr>
        <w:pStyle w:val="ListBullet"/>
      </w:pPr>
      <w:r>
        <w:t>The documented 'awkwardness' at the conclusion reflects the stark contrast between the initial casual rapport-building and the subsequent confrontational performance.</w:t>
      </w:r>
    </w:p>
    <w:p/>
    <w:p>
      <w:r>
        <w:rPr>
          <w:b/>
        </w:rPr>
        <w:t>Članak</w:t>
      </w:r>
    </w:p>
    <w:p>
      <w:r>
        <w:rPr>
          <w:b/>
          <w:color w:val="0F766E"/>
          <w:sz w:val="26"/>
        </w:rPr>
        <w:t>Initial Interview</w:t>
      </w:r>
    </w:p>
    <w:p/>
    <w:p>
      <w:r>
        <w:t>A street interviewer approaches a group of people and begins asking basic questions. When asked about their occupation, one man explains that he's retired. The interviewer expresses enthusiasm about this, then asks what he used to do for a living. The man responds that he had an online pharmacy business. The interviewer then identifies a woman in the group and asks if she's his partner. She clarifies that she's his sister. When asked her name, she responds "Addy." The third person in the group identifies himself as an accountant.</w:t>
      </w:r>
    </w:p>
    <w:p/>
    <w:p>
      <w:r>
        <w:rPr>
          <w:b/>
          <w:color w:val="0F766E"/>
          <w:sz w:val="26"/>
        </w:rPr>
        <w:t>The Israeli Connection</w:t>
      </w:r>
    </w:p>
    <w:p/>
    <w:p>
      <w:r>
        <w:t>When the interviewer asks where they're from, they answer Tel Aviv, Israel. At this point, the tone of the interview shifts dramatically. The interviewer asks a provocative question: "What's your favorite genocide?" while listing several historical genocides—Armenian, Bosnian, Cambodian, Rwandan—and then adds "or the one your government's committing." The interviewer then pauses and acknowledges that this line of questioning may be unfair, noting that just because they are Israeli doesn't mean they necessarily support their government's policies. However, the interviewer decides to press forward anyway and directly asks whether they support the Israeli government. One of them nods affirmatively in response.</w:t>
      </w:r>
    </w:p>
    <w:p/>
    <w:p>
      <w:r>
        <w:rPr>
          <w:b/>
          <w:color w:val="0F766E"/>
          <w:sz w:val="26"/>
        </w:rPr>
        <w:t>**Freestyle Rap** Segment</w:t>
      </w:r>
    </w:p>
    <w:p/>
    <w:p>
      <w:r>
        <w:t>Following this exchange, the interviewer launches into a freestyle rap performance, using the information gathered from the interview as material. He references the retired man's former online pharmacy business, sarcastically calling it drug dealing and specifically mentioning "online weed." He then addresses the accountant, suggesting that his accounting skills could be used to "count the babies" killed, mentioning figures of approximately 20,000 Palestinian deaths and referencing 100,000 guardians killed.</w:t>
      </w:r>
    </w:p>
    <w:p/>
    <w:p>
      <w:r>
        <w:t>The rap continues with political messaging, including the lines "Fuck Israel and free Palestine" as the core message. The interviewer performs lines like "Yo, here we go / Let's see who's sitting in the front row" and references a "two-state solution" as a punchline. Throughout the performance, the audience appears to be applauding and reacting to the freestyle.</w:t>
      </w:r>
    </w:p>
    <w:p/>
    <w:p>
      <w:r>
        <w:rPr>
          <w:b/>
          <w:color w:val="0F766E"/>
          <w:sz w:val="26"/>
        </w:rPr>
        <w:t>Closing</w:t>
      </w:r>
    </w:p>
    <w:p/>
    <w:p>
      <w:r>
        <w:t>As the performance concludes, the interviewer notes that the overall atmosphere has become "really awkward," a fitting observation given the sharp contrast between the initial casual interview and the confrontational political rap that followed.</w:t>
      </w:r>
    </w:p>
    <w:p/>
    <w:p>
      <w:r>
        <w:rPr>
          <w:b/>
        </w:rPr>
        <w:t>Reference i teme</w:t>
      </w:r>
    </w:p>
    <w:p>
      <w:r>
        <w:t>Teme: #street interview, #political confrontation, #freestyle rap, #Israeli-Palestinian conflict, #performative activism, #nationality and accountability</w:t>
      </w:r>
    </w:p>
    <w:p/>
    <w:p>
      <w:r>
        <w:rPr>
          <w:i/>
          <w:color w:val="94A3B8"/>
          <w:sz w:val="16"/>
        </w:rPr>
        <w:t>Generated by MinbarLive — Knowledge Library · https://minbarlive.com/videos/abier-i-m-dead-the-atmosphere-israeli-awkward</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