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El espía israelí nacido en Estados Unidos, Jonathan Pollard: "Israel debe borrar a Irán del mapa en preparación para futuras guerras con Turquía y Egipto."</w:t>
      </w:r>
    </w:p>
    <w:p>
      <w:r>
        <w:rPr>
          <w:b/>
        </w:rPr>
        <w:t xml:space="preserve">Govornik: </w:t>
      </w:r>
      <w:r>
        <w:t>Jonathan Pollard</w:t>
      </w:r>
    </w:p>
    <w:p>
      <w:r>
        <w:rPr>
          <w:b/>
        </w:rPr>
        <w:t xml:space="preserve">Izvor: </w:t>
      </w:r>
      <w:r>
        <w:rPr>
          <w:color w:val="0F766E"/>
        </w:rPr>
        <w:t>https://minbarlive.com/videos/es/el-espia-israeli-nacido-en-estados-unidos-jonathan-pollard-israel-debe-borrar-a</w:t>
      </w:r>
    </w:p>
    <w:p/>
    <w:p>
      <w:r>
        <w:rPr>
          <w:i/>
        </w:rPr>
        <w:t>El espía israelí nacido en EE. UU., Jonathan Pollard, al unirse al partido Israel First, discute la estrategia de seguridad regional de Israel en una entrevista televisiva israelí, argumentando que Israel debe eliminar de manera independiente al IRGC de Irán, a Hezbolá y a Hamás para prepararse para futuros conflictos con Turquía y Egipto.</w:t>
      </w:r>
    </w:p>
    <w:p/>
    <w:p>
      <w:r>
        <w:rPr>
          <w:b/>
        </w:rPr>
        <w:t>Sažetak</w:t>
      </w:r>
    </w:p>
    <w:p>
      <w:r>
        <w:t>En una aparición en la televisión israelí, Jonathan Pollard anuncia su entrada en la política al unirse al partido Israel First, liderado por la miembro de la Knesset Sharren Haskel. Esboza una visión estratégica integral para el enfoque de Israel ante las amenazas regionales. Sobre Líbano, Pollard argumenta que Israel no puede permitir que Hezbollah permanezca en pie y debería empujar oficialmente su frontera hacia el norte, continuando las operaciones hasta que Hezbollah sea completamente destruido. En cuanto a Irán, expresa escepticismo sobre confiar en Estados Unidos y aboga por que Israel actúe de manera independiente bajo una estrategia de 'Israel primero', argumentando que Israel tiene los recursos necesarios pero carece de la voluntad para eliminar el IRGC de Irán (junto con Hezbollah y Hamas). Pollard identifica a Turquía y Egipto como las principales amenazas estratégicas para Israel—Turquía en el norte y Egipto en el sur—y sostiene que Israel debe abordar las amenazas actuales de manera proactiva para evitar un conflicto simultáneo en múltiples frentes. Enfatiza que sin eliminar primero estos frentes intermedios, Israel enfrentará una situación crítica.</w:t>
      </w:r>
    </w:p>
    <w:p/>
    <w:p>
      <w:r>
        <w:rPr>
          <w:b/>
        </w:rPr>
        <w:t>Ključne poruke</w:t>
      </w:r>
    </w:p>
    <w:p>
      <w:pPr>
        <w:pStyle w:val="ListBullet"/>
      </w:pPr>
      <w:r>
        <w:t>Pollard se unió al partido Israel First y utilizó la plataforma para discutir su visión estratégica para la seguridad israelí.</w:t>
      </w:r>
    </w:p>
    <w:p>
      <w:pPr>
        <w:pStyle w:val="ListBullet"/>
      </w:pPr>
      <w:r>
        <w:t>Israel no debería permitir que Hezbollah permanezca en pie y debería empujar su frontera norte hacia el río, continuando las operaciones hasta que Hezbollah sea completamente destruido.</w:t>
      </w:r>
    </w:p>
    <w:p>
      <w:pPr>
        <w:pStyle w:val="ListBullet"/>
      </w:pPr>
      <w:r>
        <w:t>Israel debe actuar de manera independiente respecto a Irán en lugar de depender de Estados Unidos, persiguiendo lo que Pollard llama una estrategia de 'Israel primero' para eliminar el IRGC de Irán.</w:t>
      </w:r>
    </w:p>
    <w:p>
      <w:pPr>
        <w:pStyle w:val="ListBullet"/>
      </w:pPr>
      <w:r>
        <w:t>Turquía (norte) y Egipto (sur) son identificados como las principales amenazas estratégicas de Israel en el futuro, requiriendo la eliminación proactiva de amenazas intermedias para prevenir un conflicto multi-frontal simultáneo.</w:t>
      </w:r>
    </w:p>
    <w:p>
      <w:pPr>
        <w:pStyle w:val="ListBullet"/>
      </w:pPr>
      <w:r>
        <w:t>Pollard argumenta que Israel posee los recursos necesarios para ejecutar esta estrategia, pero carece de la voluntad política para hacerlo.</w:t>
      </w:r>
    </w:p>
    <w:p/>
    <w:p>
      <w:r>
        <w:rPr>
          <w:b/>
        </w:rPr>
        <w:t>Članak</w:t>
      </w:r>
    </w:p>
    <w:p>
      <w:r>
        <w:rPr>
          <w:b/>
          <w:color w:val="0F766E"/>
          <w:sz w:val="26"/>
        </w:rPr>
        <w:t>Entrada en la Política</w:t>
      </w:r>
    </w:p>
    <w:p/>
    <w:p>
      <w:r>
        <w:t>El exespía israelí Jonathan Pollard ha anunciado que se unirá al partido Israel First, liderado por la miembro de la Knesset Sharren Haskel. En una aparición en la televisión israelí, Pollard discutió este paso significativo en la política y sus opiniones sobre los desafíos de seguridad regional de Israel.</w:t>
      </w:r>
    </w:p>
    <w:p/>
    <w:p>
      <w:r>
        <w:rPr>
          <w:b/>
          <w:color w:val="0F766E"/>
          <w:sz w:val="26"/>
        </w:rPr>
        <w:t>Enfoque hacia Líbano y Hezbollah</w:t>
      </w:r>
    </w:p>
    <w:p/>
    <w:p>
      <w:r>
        <w:t>Respecto a Líbano, Pollard afirmó que Israel no puede permitir que Hezbollah permanezca en pie. Expresó su apoyo a empujar oficialmente la frontera de Israel hacia el norte hasta el río y continuar las operaciones hasta que Hezbollah sea completamente destruido.</w:t>
      </w:r>
    </w:p>
    <w:p/>
    <w:p>
      <w:r>
        <w:rPr>
          <w:b/>
          <w:color w:val="0F766E"/>
          <w:sz w:val="26"/>
        </w:rPr>
        <w:t>Irán como una Amenaza Estratégica</w:t>
      </w:r>
    </w:p>
    <w:p/>
    <w:p>
      <w:r>
        <w:t>Sobre la cuestión de Irán, Pollard lo describió como una gran amenaza para Israel. Enfatizó que Israel no debería esperar a los Estados Unidos, expresando incertidumbre sobre lo que el presidente Trump pretende hacer al respecto. Pollard articuló lo que llamó una "tercera opción" para Israel: actuar de manera independiente bajo una estrategia de "Israel primero". Argumentó que, aunque Israel tiene los recursos necesarios, carece de la voluntad para eliminar a Irán del mapa, como él lo expresó. Según Pollard, Israel debe destruir el IRGC, no Irán propiamente dicho, junto con Hezbollah y Hamas para prepararse para la próxima fase del conflicto.</w:t>
      </w:r>
    </w:p>
    <w:p/>
    <w:p>
      <w:r>
        <w:rPr>
          <w:b/>
          <w:color w:val="0F766E"/>
          <w:sz w:val="26"/>
        </w:rPr>
        <w:t>Amenazas Regionales Futuras</w:t>
      </w:r>
    </w:p>
    <w:p/>
    <w:p>
      <w:r>
        <w:t>Pollard identificó a Turquía y Egipto como las principales amenazas estratégicas de Israel en el futuro: Turquía en el norte y Egipto en el sur. Enfatizó que a menos que Israel elimine estos otros frentes antes de enfrentar amenazas de Turquía y Egipto, el país se encontrará en una situación crítica. Pollard subrayó la necesidad de abordar las amenazas actuales de manera proactiva para prevenir vulnerabilidades futuras en múltiples frentes simultáneamente.</w:t>
      </w:r>
    </w:p>
    <w:p/>
    <w:p>
      <w:r>
        <w:rPr>
          <w:b/>
          <w:color w:val="0F766E"/>
          <w:sz w:val="26"/>
        </w:rPr>
        <w:t>Reflexiones Personales</w:t>
      </w:r>
    </w:p>
    <w:p/>
    <w:p>
      <w:r>
        <w:t>Cuando se le preguntó qué podría sorprender a las personas que solo conocen la versión pública de Jonathan Pollard, él respondió simplemente que tiene un sentido del humor.</w:t>
      </w:r>
    </w:p>
    <w:p/>
    <w:p>
      <w:r>
        <w:rPr>
          <w:b/>
        </w:rPr>
        <w:t>Reference i teme</w:t>
      </w:r>
    </w:p>
    <w:p>
      <w:r>
        <w:t>Teme: #relaciones israelo-iraníes, #estrategia de seguridad israelí, #Hezbolá, #política israelí, #conflictos regionales, #partido Israel Primero</w:t>
      </w:r>
    </w:p>
    <w:p/>
    <w:p>
      <w:r>
        <w:rPr>
          <w:i/>
          <w:color w:val="94A3B8"/>
          <w:sz w:val="16"/>
        </w:rPr>
        <w:t>Generated by MinbarLive — Knowledge Library · https://minbarlive.com/videos/es/el-espia-israeli-nacido-en-estados-unidos-jonathan-pollard-israel-debe-borrar-a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