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L'espion israélien d'origine américaine Jonathan Pollard : « Israël doit rayer l'Iran de la carte en prévision de futures guerres avec la Turquie et l'Égypte. »</w:t>
      </w:r>
    </w:p>
    <w:p>
      <w:r>
        <w:rPr>
          <w:b/>
        </w:rPr>
        <w:t xml:space="preserve">Govornik: </w:t>
      </w:r>
      <w:r>
        <w:t>Jonathan Pollard</w:t>
      </w:r>
    </w:p>
    <w:p>
      <w:r>
        <w:rPr>
          <w:b/>
        </w:rPr>
        <w:t xml:space="preserve">Izvor: </w:t>
      </w:r>
      <w:r>
        <w:rPr>
          <w:color w:val="0F766E"/>
        </w:rPr>
        <w:t>https://minbarlive.com/videos/fr/l-espion-israelien-d-origine-americaine-jonathan-pollard-israel-doit-rayer-l-ira</w:t>
      </w:r>
    </w:p>
    <w:p/>
    <w:p>
      <w:r>
        <w:rPr>
          <w:i/>
        </w:rPr>
        <w:t>L'espion israélien d'origine américaine Jonathan Pollard, rejoignant le parti Israel First, discute de la stratégie de sécurité régionale d'Israël dans une interview télévisée israélienne, affirmant qu'Israël doit éliminer de manière indépendante le CGRI d'Iran, le Hezbollah et le Hamas pour se préparer à de futurs conflits avec la Turquie et l'Égypte.</w:t>
      </w:r>
    </w:p>
    <w:p/>
    <w:p>
      <w:r>
        <w:rPr>
          <w:b/>
        </w:rPr>
        <w:t>Sažetak</w:t>
      </w:r>
    </w:p>
    <w:p>
      <w:r>
        <w:t>Lors d'une apparition à la télévision israélienne, Jonathan Pollard annonce son entrée en politique en rejoignant le parti Israel First dirigé par la membre de la Knesset Sharren Haskel. Il présente une vision stratégique globale pour l'approche d'Israël face aux menaces régionales. Concernant le Liban, Pollard soutient qu'Israël ne peut pas permettre à Hezbollah de rester debout et devrait officiellement repousser sa frontière vers le nord, poursuivant les opérations jusqu'à la destruction complète de Hezbollah. À propos de l'Iran, il exprime des doutes sur la possibilité de compter sur les États-Unis et plaide pour qu'Israël agisse de manière indépendante selon une stratégie 'Israel first', arguant qu'Israël dispose des ressources nécessaires mais manque de volonté pour éliminer le CGRI iranien (avec Hezbollah et Hamas). Pollard identifie la Turquie et l'Égypte comme les principales menaces stratégiques pour Israël—la Turquie au nord et l'Égypte au sud—et soutient qu'Israël doit aborder les menaces actuelles de manière proactive pour éviter un conflit multi-fronts simultané. Il souligne que sans éliminer d'abord ces fronts intermédiaires, Israël fera face à une situation désastreuse.</w:t>
      </w:r>
    </w:p>
    <w:p/>
    <w:p>
      <w:r>
        <w:rPr>
          <w:b/>
        </w:rPr>
        <w:t>Ključne poruke</w:t>
      </w:r>
    </w:p>
    <w:p>
      <w:pPr>
        <w:pStyle w:val="ListBullet"/>
      </w:pPr>
      <w:r>
        <w:t>Pollard a rejoint le parti Israel First et a utilisé cette plateforme pour discuter de sa vision stratégique pour la sécurité israélienne.</w:t>
      </w:r>
    </w:p>
    <w:p>
      <w:pPr>
        <w:pStyle w:val="ListBullet"/>
      </w:pPr>
      <w:r>
        <w:t>Israël ne devrait pas permettre à Hezbollah de rester debout et devrait repousser sa frontière nord jusqu'à la rivière, poursuivant les opérations jusqu'à la destruction complète de Hezbollah.</w:t>
      </w:r>
    </w:p>
    <w:p>
      <w:pPr>
        <w:pStyle w:val="ListBullet"/>
      </w:pPr>
      <w:r>
        <w:t>Israël doit agir de manière indépendante concernant l'Iran plutôt que de compter sur les États-Unis, en poursuivant ce que Pollard appelle une stratégie 'Israel first' pour éliminer le CGRI iranien.</w:t>
      </w:r>
    </w:p>
    <w:p>
      <w:pPr>
        <w:pStyle w:val="ListBullet"/>
      </w:pPr>
      <w:r>
        <w:t>La Turquie (au nord) et l'Égypte (au sud) sont identifiées comme les principales menaces stratégiques d'Israël à l'avenir, nécessitant une élimination proactive des menaces intermédiaires pour éviter un conflit multi-fronts simultané.</w:t>
      </w:r>
    </w:p>
    <w:p>
      <w:pPr>
        <w:pStyle w:val="ListBullet"/>
      </w:pPr>
      <w:r>
        <w:t>Pollard soutient qu'Israël possède les ressources nécessaires pour exécuter cette stratégie mais manque de la volonté politique pour le faire.</w:t>
      </w:r>
    </w:p>
    <w:p/>
    <w:p>
      <w:r>
        <w:rPr>
          <w:b/>
        </w:rPr>
        <w:t>Članak</w:t>
      </w:r>
    </w:p>
    <w:p>
      <w:r>
        <w:rPr>
          <w:b/>
          <w:color w:val="0F766E"/>
          <w:sz w:val="26"/>
        </w:rPr>
        <w:t>Entrée en politique</w:t>
      </w:r>
    </w:p>
    <w:p/>
    <w:p>
      <w:r>
        <w:t>L'ancien espion israélien Jonathan Pollard a annoncé qu'il rejoindrait le parti Israel First, dirigé par la membre de la Knesset Sharren Haskel. Dans une apparition à la télévision israélienne, Pollard a discuté de ce pas significatif en politique et de ses vues sur les défis de sécurité régionale d'Israël.</w:t>
      </w:r>
    </w:p>
    <w:p/>
    <w:p>
      <w:r>
        <w:rPr>
          <w:b/>
          <w:color w:val="0F766E"/>
          <w:sz w:val="26"/>
        </w:rPr>
        <w:t>Approche envers le Liban et le Hezbollah</w:t>
      </w:r>
    </w:p>
    <w:p/>
    <w:p>
      <w:r>
        <w:t>Concernant le Liban, Pollard a déclaré qu'Israël ne peut pas permettre au Hezbollah de rester debout. Il a exprimé son soutien à un déplacement officiel de la frontière israélienne vers le nord jusqu'à la rivière et à la poursuite des opérations jusqu'à la destruction complète du Hezbollah.</w:t>
      </w:r>
    </w:p>
    <w:p/>
    <w:p>
      <w:r>
        <w:rPr>
          <w:b/>
          <w:color w:val="0F766E"/>
          <w:sz w:val="26"/>
        </w:rPr>
        <w:t>L'Iran comme menace stratégique</w:t>
      </w:r>
    </w:p>
    <w:p/>
    <w:p>
      <w:r>
        <w:t>Sur la question de l'Iran, Pollard l'a décrit comme une menace majeure pour Israël. Il a souligné qu'Israël ne devrait pas attendre les États-Unis, exprimant son incertitude quant aux intentions du président Trump à cet égard. Pollard a articulé ce qu'il a appelé une "troisième option" pour Israël : agir de manière indépendante sous une stratégie "Israel first". Il a soutenu qu'Israël a les ressources nécessaires, mais manque de la volonté de faire disparaître l'Iran, comme il l'a formulé. Selon Pollard, Israël doit détruire le CGRI, et non l'Iran proprement dit, ainsi que le Hezbollah et le Hamas pour se préparer à la prochaine phase du conflit.</w:t>
      </w:r>
    </w:p>
    <w:p/>
    <w:p>
      <w:r>
        <w:rPr>
          <w:b/>
          <w:color w:val="0F766E"/>
          <w:sz w:val="26"/>
        </w:rPr>
        <w:t>Menaces régionales futures</w:t>
      </w:r>
    </w:p>
    <w:p/>
    <w:p>
      <w:r>
        <w:t>Pollard a identifié la Turquie et l'Égypte comme les principales menaces stratégiques d'Israël à l'avenir : la Turquie au nord et l'Égypte au sud. Il a souligné que, à moins qu'Israël n'élimine ces autres fronts avant de faire face aux menaces de la Turquie et de l'Égypte, le pays se retrouvera dans une situation désastreuse. Pollard a insisté sur la nécessité de traiter les menaces actuelles de manière proactive pour éviter une vulnérabilité future sur plusieurs fronts simultanément.</w:t>
      </w:r>
    </w:p>
    <w:p/>
    <w:p>
      <w:r>
        <w:rPr>
          <w:b/>
          <w:color w:val="0F766E"/>
          <w:sz w:val="26"/>
        </w:rPr>
        <w:t>Réflexions personnelles</w:t>
      </w:r>
    </w:p>
    <w:p/>
    <w:p>
      <w:r>
        <w:t>Lorsqu'on lui a demandé ce qui pourrait surprendre les personnes qui ne connaissent que la version publique de Jonathan Pollard, il a simplement répondu qu'il a un sens de l'humour.</w:t>
      </w:r>
    </w:p>
    <w:p/>
    <w:p>
      <w:r>
        <w:rPr>
          <w:b/>
        </w:rPr>
        <w:t>Reference i teme</w:t>
      </w:r>
    </w:p>
    <w:p>
      <w:r>
        <w:t>Teme: #Relations israélo-iraniennes, #Stratégie de sécurité israélienne, #Hezbollah, #Politique israélienne, #Conflits régionaux, #Parti Israël d'abord</w:t>
      </w:r>
    </w:p>
    <w:p/>
    <w:p>
      <w:r>
        <w:rPr>
          <w:i/>
          <w:color w:val="94A3B8"/>
          <w:sz w:val="16"/>
        </w:rPr>
        <w:t>Generated by MinbarLive — Knowledge Library · https://minbarlive.com/videos/fr/l-espion-israelien-d-origine-americaine-jonathan-pollard-israel-doit-rayer-l-ira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