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F766E"/>
          <w:sz w:val="26"/>
        </w:rPr>
        <w:t>MINBARLIVE — Knowledge Library</w:t>
      </w:r>
    </w:p>
    <w:p>
      <w:r>
        <w:rPr>
          <w:b/>
          <w:sz w:val="36"/>
        </w:rPr>
        <w:t>Američko-izraelski špijun Jonathan Pollard: "Izrael mora izbrisati Iran "s karte" u pripremi za buduće ratove s Turskom i Egiptom."</w:t>
      </w:r>
    </w:p>
    <w:p>
      <w:r>
        <w:rPr>
          <w:b/>
        </w:rPr>
        <w:t xml:space="preserve">Govornik: </w:t>
      </w:r>
      <w:r>
        <w:t>Jonathan Pollard</w:t>
      </w:r>
    </w:p>
    <w:p>
      <w:r>
        <w:rPr>
          <w:b/>
        </w:rPr>
        <w:t xml:space="preserve">Izvor: </w:t>
      </w:r>
      <w:r>
        <w:rPr>
          <w:color w:val="0F766E"/>
        </w:rPr>
        <w:t>https://minbarlive.com/videos/hr/americko-izraelski-spijun-jonathan-pollard-izrael-mora-izbrisati-iran-s-karte-u</w:t>
      </w:r>
    </w:p>
    <w:p/>
    <w:p>
      <w:r>
        <w:rPr>
          <w:i/>
        </w:rPr>
        <w:t>Američki rođeni izraelski špijun Jonathan Pollard, član stranke Israel First, raspravlja o regionalnoj sigurnosnoj strategiji Izraela u intervjuu za izraelsku televiziju, tvrdeći da Izrael mora neovisno eliminirati iranske IRGC, Hezbollah i Hamas kako bi se pripremio za buduće sukobe s Turskom i Egiptom.</w:t>
      </w:r>
    </w:p>
    <w:p/>
    <w:p>
      <w:r>
        <w:rPr>
          <w:b/>
        </w:rPr>
        <w:t>Sažetak</w:t>
      </w:r>
    </w:p>
    <w:p>
      <w:r>
        <w:t>U nastupu na izraelskoj televiziji, Jonathan Pollard najavljuje svoj ulazak u politiku pridruživanjem stranci Israel First koju vodi član Knesseta Sharren Haskel. Izlaže sveobuhvatan strateški plan za pristup Izraela regionalnim prijetnjama. O Libanu, Pollard tvrdi da Izrael ne može dopustiti da Hezbollah ostane na okupu i da bi trebao službeno pomaknuti svoju granicu prema sjeveru, nastavljajući operacije dok Hezbollah ne bude potpuno uništen. Što se tiče Irana, izražava skepticizam prema oslanjanju na Sjedinjene Države i zalaže se za to da Izrael djeluje neovisno prema strategiji 'Israel first', tvrdeći da Izrael ima potrebne resurse, ali mu nedostaje volje da eliminira IRGC Irana (uz Hezbollah i Hamas). Pollard identificira Tursku i Egipat kao glavne strateške prijetnje Izraelu—Tursku na sjeveru i Egipat na jugu—te tvrdi da Izrael mora proaktivno rješavati trenutne prijetnje kako bi izbjegao istovremeni višefrontni sukob. Naglašava da bez eliminacije ovih međufrontova prvo, Izrael će se suočiti s teškom situacijom.</w:t>
      </w:r>
    </w:p>
    <w:p/>
    <w:p>
      <w:r>
        <w:rPr>
          <w:b/>
        </w:rPr>
        <w:t>Ključne poruke</w:t>
      </w:r>
    </w:p>
    <w:p>
      <w:pPr>
        <w:pStyle w:val="ListBullet"/>
      </w:pPr>
      <w:r>
        <w:t>Pollard se pridružio stranci Israel First i iskoristio platformu za raspravu o svojoj strateškoj viziji za sigurnost Izraela.</w:t>
      </w:r>
    </w:p>
    <w:p>
      <w:pPr>
        <w:pStyle w:val="ListBullet"/>
      </w:pPr>
      <w:r>
        <w:t>Izrael ne bi trebao dopustiti Hezbollahu da ostane na nogama i trebao bi pomaknuti svoju sjevernu granicu do rijeke, nastavljajući operacije dok Hezbollah ne bude potpuno uništen.</w:t>
      </w:r>
    </w:p>
    <w:p>
      <w:pPr>
        <w:pStyle w:val="ListBullet"/>
      </w:pPr>
      <w:r>
        <w:t>Izrael mora djelovati neovisno u vezi s Iranom umjesto da se oslanja na Sjedinjene Države, provodeći ono što Pollard naziva strategijom 'Izrael prvo' kako bi eliminirao IRGC Irana.</w:t>
      </w:r>
    </w:p>
    <w:p>
      <w:pPr>
        <w:pStyle w:val="ListBullet"/>
      </w:pPr>
      <w:r>
        <w:t>Turska (sjever) i Egipat (jug) identificirani su kao glavne strateške prijetnje Izraelu u budućnosti, što zahtijeva proaktivno uklanjanje srednjih prijetnji kako bi se spriječio istodobni višefrontni sukob.</w:t>
      </w:r>
    </w:p>
    <w:p>
      <w:pPr>
        <w:pStyle w:val="ListBullet"/>
      </w:pPr>
      <w:r>
        <w:t>Pollard tvrdi da Izrael posjeduje potrebne resurse za provedbu ove strategije, ali mu nedostaje politička volja za to.</w:t>
      </w:r>
    </w:p>
    <w:p/>
    <w:p>
      <w:r>
        <w:rPr>
          <w:b/>
        </w:rPr>
        <w:t>Članak</w:t>
      </w:r>
    </w:p>
    <w:p>
      <w:r>
        <w:rPr>
          <w:b/>
          <w:color w:val="0F766E"/>
          <w:sz w:val="26"/>
        </w:rPr>
        <w:t>Ulazak u politiku</w:t>
      </w:r>
    </w:p>
    <w:p/>
    <w:p>
      <w:r>
        <w:t>Bivši izraelski špijun Jonathan Pollard najavio je da će se pridružiti stranci Israel First, koju vodi član Knesseta Sharren Haskel. U nastupu na izraelskoj televiziji, Pollard je razgovarao o ovom značajnom koraku u politiku i svojim stavovima o sigurnosnim izazovima Izraela u regiji.</w:t>
      </w:r>
    </w:p>
    <w:p/>
    <w:p>
      <w:r>
        <w:rPr>
          <w:b/>
          <w:color w:val="0F766E"/>
          <w:sz w:val="26"/>
        </w:rPr>
        <w:t>Pristup Libanu i Hezbolahu</w:t>
      </w:r>
    </w:p>
    <w:p/>
    <w:p>
      <w:r>
        <w:t>Što se tiče Libana, Pollard je izjavio da Izrael ne može dopustiti da Hezbolah ostane na okupu. Izrazio je podršku službenom pomicanju izraelske granice prema sjeveru do rijeke i nastavku operacija dok Hezbolah ne bude potpuno uništen.</w:t>
      </w:r>
    </w:p>
    <w:p/>
    <w:p>
      <w:r>
        <w:rPr>
          <w:b/>
          <w:color w:val="0F766E"/>
          <w:sz w:val="26"/>
        </w:rPr>
        <w:t>Iran kao strateška prijetnja</w:t>
      </w:r>
    </w:p>
    <w:p/>
    <w:p>
      <w:r>
        <w:t>Na pitanje o Iranu, Pollard ga je opisao kao veliku prijetnju Izraelu. Naglasio je da Izrael ne bi trebao čekati Sjedinjene Američke Države, izražavajući nesigurnost oko onoga što predsjednik Trump namjerava učiniti u tom pogledu. Pollard je iznio ono što je nazvao "trećom opcijom" za Izrael: djelovati neovisno prema strategiji "Izrael na prvom mjestu". Tvrdio je da, iako Izrael ima potrebne resurse, nedostaje mu volja da ukloni Iran s karte, kako je to rekao. Prema Pollardu, Izrael mora uništiti IRGC, a ne sam Iran, zajedno s Hezbolahom i Hamasom kako bi se pripremio za sljedeću fazu sukoba.</w:t>
      </w:r>
    </w:p>
    <w:p/>
    <w:p>
      <w:r>
        <w:rPr>
          <w:b/>
          <w:color w:val="0F766E"/>
          <w:sz w:val="26"/>
        </w:rPr>
        <w:t>Buduće regionalne prijetnje</w:t>
      </w:r>
    </w:p>
    <w:p/>
    <w:p>
      <w:r>
        <w:t>Pollard je identificirao Tursku i Egipat kao glavne strateške prijetnje Izraelu u budućnosti—Tursku na sjeveru i Egipat na jugu. Naglasio je da, osim ako Izrael ne eliminira ove druge fronte prije suočavanja s prijetnjama iz Turske i Egipta, zemlja će se suočiti s teškom situacijom. Pollard je istaknuo nužnost proaktivnog rješavanja trenutnih prijetnji kako bi se spriječila buduća ranjivost na više frontova istovremeno.</w:t>
      </w:r>
    </w:p>
    <w:p/>
    <w:p>
      <w:r>
        <w:rPr>
          <w:b/>
          <w:color w:val="0F766E"/>
          <w:sz w:val="26"/>
        </w:rPr>
        <w:t>Osobne refleksije</w:t>
      </w:r>
    </w:p>
    <w:p/>
    <w:p>
      <w:r>
        <w:t>Kada su ga pitali što bi moglo iznenaditi ljude koji poznaju samo javnu verziju Jonathana Pollarda, jednostavno je odgovorio da ima smisao za humor.</w:t>
      </w:r>
    </w:p>
    <w:p/>
    <w:p>
      <w:r>
        <w:rPr>
          <w:b/>
        </w:rPr>
        <w:t>Reference i teme</w:t>
      </w:r>
    </w:p>
    <w:p>
      <w:r>
        <w:t>Teme: #Izraelsko-iranski odnosi, #Izraelska sigurnosna strategija, #Hezbolah, #Izraelska politika, #Regionalni sukobi, #Stranka Izrael na prvom mjestu</w:t>
      </w:r>
    </w:p>
    <w:p/>
    <w:p>
      <w:r>
        <w:rPr>
          <w:i/>
          <w:color w:val="94A3B8"/>
          <w:sz w:val="16"/>
        </w:rPr>
        <w:t>Generated by MinbarLive — Knowledge Library · https://minbarlive.com/videos/hr/americko-izraelski-spijun-jonathan-pollard-izrael-mora-izbrisati-iran-s-karte-u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