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Американо-израильский шпион Джонатан Поллард: «Израиль должен стереть Иран "с карты" в подготовке к будущим войнам с Турцией и Египтом».</w:t>
      </w:r>
    </w:p>
    <w:p>
      <w:r>
        <w:rPr>
          <w:b/>
        </w:rPr>
        <w:t xml:space="preserve">Govornik: </w:t>
      </w:r>
      <w:r>
        <w:t>Jonathan Pollard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https://minbarlive.com/videos/ru/american-born-israeli-spy-jonathan-pollard-israel-must-wipe-iran-off-the-map-in</w:t>
      </w:r>
    </w:p>
    <w:p/>
    <w:p>
      <w:r>
        <w:rPr>
          <w:i/>
        </w:rPr>
        <w:t>Американец, ставший израильским шпионом, Джонатан Поллард, вступивший в партию «Израиль прежде всего», обсуждает стратегию региональной безопасности Израиля в интервью израильскому телевидению, утверждая, что Израилю необходимо самостоятельно устранить Иранский Корпус стражей Исламской революции, Хезболлу и ХАМАС, чтобы подготовиться к будущим конфликтам с Турцией и Египтом.</w:t>
      </w:r>
    </w:p>
    <w:p/>
    <w:p>
      <w:r>
        <w:rPr>
          <w:b/>
        </w:rPr>
        <w:t>Sažetak</w:t>
      </w:r>
    </w:p>
    <w:p>
      <w:r>
        <w:t>В эфире израильского телевидения Джонатан Поллард объявляет о своем вступлении в политику, присоединившись к партии "Израиль прежде всего", возглавляемой членом Кнессета Шаррен Хаскел. Он излагает комплексное стратегическое видение подхода Израиля к региональным угрозам. Что касается Ливана, Поллард утверждает, что Израиль не может позволить Хезболле оставаться на ногах и должен официально продвинуть свою границу на север, продолжая операции до полного уничтожения Хезболлы. По поводу Ирана он выражает скептицизм в отношении зависимости от Соединенных Штатов и выступает за независимые действия Израиля в рамках стратегии "Израиль прежде всего", утверждая, что у Израиля есть необходимые ресурсы, но не хватает готовности устранить Корпус стражей исламской революции Ирана (вместе с Хезболлой и ХАМАСом). Поллард называет Турцию и Египет основными стратегическими угрозами для Израиля — Турцию на севере и Египет на юге — и утверждает, что Израиль должен проактивно решать текущие угрозы, чтобы избежать одновременного конфликта на нескольких фронтах. Он подчеркивает, что без устранения этих промежуточных фронтов сначала Израиль столкнется с тяжелой ситуацией.</w:t>
      </w:r>
    </w:p>
    <w:p/>
    <w:p>
      <w:r>
        <w:rPr>
          <w:b/>
        </w:rPr>
        <w:t>Ključne poruke</w:t>
      </w:r>
    </w:p>
    <w:p>
      <w:pPr>
        <w:pStyle w:val="ListBullet"/>
      </w:pPr>
      <w:r>
        <w:t>Поллард вступил в партию «Израиль прежде всего» и использовал платформу для обсуждения своей стратегической концепции безопасности Израиля.</w:t>
      </w:r>
    </w:p>
    <w:p>
      <w:pPr>
        <w:pStyle w:val="ListBullet"/>
      </w:pPr>
      <w:r>
        <w:t>Израиль не должен позволять Хезболле оставаться на месте и должен продвинуть свою северную границу к реке, продолжая операции до полного уничтожения Хезболлы.</w:t>
      </w:r>
    </w:p>
    <w:p>
      <w:pPr>
        <w:pStyle w:val="ListBullet"/>
      </w:pPr>
      <w:r>
        <w:t>Израиль должен действовать независимо в отношении Ирана, а не полагаться на Соединенные Штаты, следуя стратегии «Израиль прежде всего» для ликвидации Корпуса стражей исламской революции Ирана.</w:t>
      </w:r>
    </w:p>
    <w:p>
      <w:pPr>
        <w:pStyle w:val="ListBullet"/>
      </w:pPr>
      <w:r>
        <w:t>Турция (на севере) и Египет (на юге) рассматриваются как основные стратегические угрозы для Израиля в будущем, что требует проактивного устранения промежуточных угроз, чтобы предотвратить одновременный конфликт на нескольких фронтах.</w:t>
      </w:r>
    </w:p>
    <w:p>
      <w:pPr>
        <w:pStyle w:val="ListBullet"/>
      </w:pPr>
      <w:r>
        <w:t>Поллард утверждает, что Израиль обладает необходимыми ресурсами для реализации этой стратегии, но не имеет политической готовности сделать это.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Вход в политику</w:t>
      </w:r>
    </w:p>
    <w:p/>
    <w:p>
      <w:r>
        <w:t>Бывший израильский шпион Джонатан Поллард объявил, что присоединится к партии "Израиль прежде всего", возглавляемой членом Кнессета Шаррен Хаскел. В эфире израильского телевидения Поллард обсудил этот значительный шаг в политику и свои взгляды на региональные проблемы безопасности Израиля.</w:t>
      </w:r>
    </w:p>
    <w:p/>
    <w:p>
      <w:r>
        <w:rPr>
          <w:b/>
          <w:color w:val="0F766E"/>
          <w:sz w:val="26"/>
        </w:rPr>
        <w:t>Подход к Ливану и Хезболле</w:t>
      </w:r>
    </w:p>
    <w:p/>
    <w:p>
      <w:r>
        <w:t>Что касается Ливана, Поллард заявил, что Израиль не может позволить Хезболле оставаться на плаву. Он выразил поддержку официальному продвижению границы Израиля на север к реке и продолжению операций до полного уничтожения Хезболлы.</w:t>
      </w:r>
    </w:p>
    <w:p/>
    <w:p>
      <w:r>
        <w:rPr>
          <w:b/>
          <w:color w:val="0F766E"/>
          <w:sz w:val="26"/>
        </w:rPr>
        <w:t>Иран как стратегическая угроза</w:t>
      </w:r>
    </w:p>
    <w:p/>
    <w:p>
      <w:r>
        <w:t>На вопрос об Иране Поллард охарактеризовал его как серьезную угрозу для Израиля. Он подчеркнул, что Израиль не должен ждать от Соединенных Штатов, выразив неуверенность в том, что намерен делать президент Трамп в этом отношении. Поллард изложил то, что он назвал "третьим вариантом" для Израиля: действовать независимо в рамках стратегии "Израиль прежде всего". Он утверждал, что, хотя у Израиля есть необходимые ресурсы, ему не хватает готовности убрать Иран с карты, как он выразился. По словам Полларда, Израиль должен уничтожить Корпус стражей исламской революции, а не сам Иран, вместе с Хезболлой и ХАМАСом, чтобы подготовиться к следующему этапу конфликта.</w:t>
      </w:r>
    </w:p>
    <w:p/>
    <w:p>
      <w:r>
        <w:rPr>
          <w:b/>
          <w:color w:val="0F766E"/>
          <w:sz w:val="26"/>
        </w:rPr>
        <w:t>Будущие региональные угрозы</w:t>
      </w:r>
    </w:p>
    <w:p/>
    <w:p>
      <w:r>
        <w:t>Поллард выделил Турцию и Египет как основные стратегические угрозы для Израиля в будущем — Турцию на севере и Египет на юге. Он подчеркнул, что, если Израиль не устранит эти другие фронты перед тем, как столкнуться с угрозами со стороны Турции и Египта, страна окажется в тяжелой ситуации. Поллард акцентировал необходимость проактивного решения текущих угроз, чтобы предотвратить будущую уязвимость на нескольких фронтах одновременно.</w:t>
      </w:r>
    </w:p>
    <w:p/>
    <w:p>
      <w:r>
        <w:rPr>
          <w:b/>
          <w:color w:val="0F766E"/>
          <w:sz w:val="26"/>
        </w:rPr>
        <w:t>Личные размышления</w:t>
      </w:r>
    </w:p>
    <w:p/>
    <w:p>
      <w:r>
        <w:t>Когда его спросили, что может удивить людей, которые знают только публичную версию Джонатана Полларда, он просто ответил, что у него есть чувство юмора.</w:t>
      </w:r>
    </w:p>
    <w:p/>
    <w:p>
      <w:r>
        <w:rPr>
          <w:b/>
        </w:rPr>
        <w:t>Reference i teme</w:t>
      </w:r>
    </w:p>
    <w:p>
      <w:r>
        <w:t>Teme: #Израильско-иранские отношения, #Израильская стратегия безопасности, #Хезболла, #Израильская политика, #Региональные конфликты, #Партия «Израиль прежде всего»</w:t>
      </w:r>
    </w:p>
    <w:p/>
    <w:p>
      <w:r>
        <w:rPr>
          <w:i/>
          <w:color w:val="94A3B8"/>
          <w:sz w:val="16"/>
        </w:rPr>
        <w:t>Generated by MinbarLive — Knowledge Library · https://minbarlive.com/videos/ru/american-born-israeli-spy-jonathan-pollard-israel-must-wipe-iran-off-the-map-in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