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 84. godini, umirovljena svećenica, velečasna Sue Parfitt, kaže da će i dalje riskirati uhićenje za Palestinu</w:t>
      </w:r>
    </w:p>
    <w:p>
      <w:r>
        <w:rPr>
          <w:b/>
        </w:rPr>
        <w:t xml:space="preserve">Izvor: </w:t>
      </w:r>
      <w:r>
        <w:rPr>
          <w:color w:val="0F766E"/>
        </w:rPr>
        <w:t>https://minbarlive.com/videos/hr/u-84-godini-umirovljena-svecenica-velecasna-sue-parfitt-kaze-da-ce-i-dalje-riski</w:t>
      </w:r>
    </w:p>
    <w:p/>
    <w:p>
      <w:r>
        <w:rPr>
          <w:i/>
        </w:rPr>
        <w:t>U 84. godini, umirovljena svećenica Sue Parfitt javno podržava Palestine Action, organizaciju koja oštećuje opremu za proizvodnju oružja, i poziva druge da se pridruže unatoč pravnim rizicima i optužbama za ekstremizam.</w:t>
      </w:r>
    </w:p>
    <w:p/>
    <w:p>
      <w:r>
        <w:rPr>
          <w:b/>
        </w:rPr>
        <w:t>Sažetak</w:t>
      </w:r>
    </w:p>
    <w:p>
      <w:r>
        <w:t>Umirovljena anglikanska svećenica Reverend Sue Parfitt, u dobi od 84 godine, otvoreno govori o svojoj podršci Palestine Action, aktivističkoj organizaciji koja se bavi izravnim akcijama protiv proizvođača oružja. Unatoč fizičkoj slabosti koja ograničava njezin vlastiti aktivizam, Parfitt svoju podršku prikazuje kao značajan doprinos palestinskoj solidarnosti. Karakterizira taktike Palestine Action—uništavanje proizvodnih postrojenja oružja—kao odgovor na ono što opisuje kao genocid. Parfitt priznaje da je njezina glasna podrška rezultirala time da je označena kao terorist, što odbacuje. Smatra Palestine Action "oštrim dijelom" šireg grassroots pokreta za prava Palestinaca u Britaniji i izričito poziva druge da se pridruže organizaciji, učinkovito regrutirajući pristaše unatoč pravnim i reputacijskim posljedicama s kojima se suočava.</w:t>
      </w:r>
    </w:p>
    <w:p/>
    <w:p>
      <w:r>
        <w:rPr>
          <w:b/>
        </w:rPr>
        <w:t>Ključne poruke</w:t>
      </w:r>
    </w:p>
    <w:p>
      <w:pPr>
        <w:pStyle w:val="ListBullet"/>
      </w:pPr>
      <w:r>
        <w:t>U dobi od 84 godine i u opadajućem zdravlju, Parfitt podržava Palestine Action kao najznačajniji oblik aktivizma koji joj je dostupan.</w:t>
      </w:r>
    </w:p>
    <w:p>
      <w:pPr>
        <w:pStyle w:val="ListBullet"/>
      </w:pPr>
      <w:r>
        <w:t>Parfitt podržava izravne akcijske taktike Palestine Action, posebno uništavanje opreme za proizvodnju oružja, smatrajući te akcije odgovorom na genocid.</w:t>
      </w:r>
    </w:p>
    <w:p>
      <w:pPr>
        <w:pStyle w:val="ListBullet"/>
      </w:pPr>
      <w:r>
        <w:t>Parfitt karakterizira Palestine Action kao "oštri kraj" većeg pokreta koji podržava Palestince u Britaniji.</w:t>
      </w:r>
    </w:p>
    <w:p>
      <w:pPr>
        <w:pStyle w:val="ListBullet"/>
      </w:pPr>
      <w:r>
        <w:t>Parfitt otvoreno priznaje da je njezina podrška Palestine Action rezultirala optužbama za terorizam i prihvaća ovaj pravni i društveni rizik.</w:t>
      </w:r>
    </w:p>
    <w:p>
      <w:pPr>
        <w:pStyle w:val="ListBullet"/>
      </w:pPr>
      <w:r>
        <w:t>Parfitt koristi svoju javnu platformu kako bi aktivno regrutirala druge da se pridruže Palestine Action, unatoč svjesnosti o mogućim pravnim i reputacijskim posljedicama.</w:t>
      </w:r>
    </w:p>
    <w:p/>
    <w:p>
      <w:r>
        <w:rPr>
          <w:b/>
        </w:rPr>
        <w:t>Članak</w:t>
      </w:r>
    </w:p>
    <w:p>
      <w:r>
        <w:rPr>
          <w:b/>
          <w:color w:val="0F766E"/>
          <w:sz w:val="26"/>
        </w:rPr>
        <w:t>Što mogu učiniti u svojoj dobi</w:t>
      </w:r>
    </w:p>
    <w:p/>
    <w:p>
      <w:r>
        <w:t>Što mogu učiniti u svojoj dobi? Moja slabost znači da mogu učiniti vrlo malo. Radim što mogu kako bih podržao Palestince. Najbolje što mogu učiniti je podržati organizaciju poznatu kao Palestine Action, jer su dovoljno hrabri da unište oružje koje proizvodi genocid. Zato vas molim da podržite Palestine Action. Pridružite mi se.</w:t>
      </w:r>
    </w:p>
    <w:p/>
    <w:p>
      <w:r>
        <w:rPr>
          <w:b/>
          <w:color w:val="0F766E"/>
          <w:sz w:val="26"/>
        </w:rPr>
        <w:t>Stojim uz Palestine Action</w:t>
      </w:r>
    </w:p>
    <w:p/>
    <w:p>
      <w:r>
        <w:t>Ponosan sam, kao i uvijek, što sam povezan s bilo čim što podržava Palestine Action, koja je oštra strana velikog pokreta u podršci Palestincima u ovoj zemlji. Podržavam ono što organiziraju i nastavljam to podržavati. Očigledno, to me čini teroristom. To je u redu.</w:t>
      </w:r>
    </w:p>
    <w:p/>
    <w:p>
      <w:r>
        <w:rPr>
          <w:b/>
        </w:rPr>
        <w:t>Reference i teme</w:t>
      </w:r>
    </w:p>
    <w:p>
      <w:r>
        <w:t>Teme: #aktivizam Palestine Action, #proizvodnja oružja i Palestina, #pokreti solidarnosti s Palestinom (Britanija), #izravna akcija i građanska neposlušnost, #pravne posljedice prosvjeda, #optužbe za genocid (Gaza)</w:t>
      </w:r>
    </w:p>
    <w:p/>
    <w:p>
      <w:r>
        <w:rPr>
          <w:i/>
          <w:color w:val="94A3B8"/>
          <w:sz w:val="16"/>
        </w:rPr>
        <w:t>Generated by MinbarLive — Knowledge Library · https://minbarlive.com/videos/hr/u-84-godini-umirovljena-svecenica-velecasna-sue-parfitt-kaze-da-ce-i-dalje-riski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