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Finkelstein: Israel se ha convertido en una nación de asesinos de niños</w:t>
      </w:r>
    </w:p>
    <w:p>
      <w:r>
        <w:rPr>
          <w:b/>
        </w:rPr>
        <w:t xml:space="preserve">Izvor: </w:t>
      </w:r>
      <w:r>
        <w:rPr>
          <w:color w:val="0F766E"/>
        </w:rPr>
        <w:t>https://minbarlive.com/videos/es/finkelstein-israel-se-ha-convertido-en-una-nacion-de-asesinos-de-ninos</w:t>
      </w:r>
    </w:p>
    <w:p/>
    <w:p>
      <w:r>
        <w:rPr>
          <w:i/>
        </w:rPr>
        <w:t>Un orador documenta la violencia contra los niños palestinos a través de informes de la ONU y incidentes que involucran a colonos y soldados israelíes, argumentando que tal conducta refleja corrientes más amplias en la sociedad israelí.</w:t>
      </w:r>
    </w:p>
    <w:p/>
    <w:p>
      <w:r>
        <w:rPr>
          <w:b/>
        </w:rPr>
        <w:t>Sažetak</w:t>
      </w:r>
    </w:p>
    <w:p>
      <w:r>
        <w:t>Este testimonio presenta incidentes documentados de violencia contra niños palestinos, citando un informe de la ONU sobre asesinatos deliberados. El orador describe casos específicos: colonos orinando sobre un niño, colonos secuestrando y atando a jóvenes hermanos a un árbol, soldados atacando a un adolescente con discapacidad auditiva, y soldados disparando a una persona en el suelo mientras graban y evitan la ayuda médica. El orador contextualiza estos incidentes dentro de la sociedad israelí al referirse a las caracterizaciones de los palestinos por historiadores y figuras públicas israelíes, y argumenta que, dado que Israel opera como un ejército ciudadano, los soldados representan actitudes sociales más amplias. El orador concluye que Israel se ha caracterizado como una nación dedicada a matar niños.</w:t>
      </w:r>
    </w:p>
    <w:p/>
    <w:p>
      <w:r>
        <w:rPr>
          <w:b/>
        </w:rPr>
        <w:t>Ključne poruke</w:t>
      </w:r>
    </w:p>
    <w:p>
      <w:pPr>
        <w:pStyle w:val="ListBullet"/>
      </w:pPr>
      <w:r>
        <w:t>Un informe de la ONU documenta asesinatos deliberados de niños palestinos, incluyendo incidentes específicos con colonos y soldados.</w:t>
      </w:r>
    </w:p>
    <w:p>
      <w:pPr>
        <w:pStyle w:val="ListBullet"/>
      </w:pPr>
      <w:r>
        <w:t>Los incidentes documentados incluyen a colonos orinando sobre un niño y secuestrando y atando a hermanos jóvenes a un árbol.</w:t>
      </w:r>
    </w:p>
    <w:p>
      <w:pPr>
        <w:pStyle w:val="ListBullet"/>
      </w:pPr>
      <w:r>
        <w:t>Soldados israelíes atacaron a un adolescente con discapacidad auditiva y dispararon a una persona en el suelo mientras bloqueaban la ayuda médica y filmaban la escena.</w:t>
      </w:r>
    </w:p>
    <w:p>
      <w:pPr>
        <w:pStyle w:val="ListBullet"/>
      </w:pPr>
      <w:r>
        <w:t>El orador caracteriza el lenguaje deshumanizante sobre los palestinos (descritos como un 'pueblo enfermo y psicótico') como típico de la sociedad israelí en todo el espectro político.</w:t>
      </w:r>
    </w:p>
    <w:p>
      <w:pPr>
        <w:pStyle w:val="ListBullet"/>
      </w:pPr>
      <w:r>
        <w:t>El orador argumenta que, dado que Israel mantiene un ejército de ciudadanos, los soldados representan actitudes y valores sociales más amplios.</w:t>
      </w:r>
    </w:p>
    <w:p>
      <w:pPr>
        <w:pStyle w:val="ListBullet"/>
      </w:pPr>
      <w:r>
        <w:t>El orador concluye que la violencia documentada contra los niños refleja patrones institucionales en lugar de incidentes aislados.</w:t>
      </w:r>
    </w:p>
    <w:p/>
    <w:p>
      <w:r>
        <w:rPr>
          <w:b/>
        </w:rPr>
        <w:t>Članak</w:t>
      </w:r>
    </w:p>
    <w:p>
      <w:r>
        <w:rPr>
          <w:b/>
          <w:color w:val="0F766E"/>
          <w:sz w:val="26"/>
        </w:rPr>
        <w:t>Caracterizaciones en la sociedad israelí</w:t>
      </w:r>
    </w:p>
    <w:p/>
    <w:p>
      <w:r>
        <w:t>Benny Morris, quien fue el principal historiador de Israel, describió a los palestinos como, cito, "un pueblo enfermo y psicótico." Las presunciones y suposiciones de figuras como Daniella Weiss pueden sonar razonables para un espectador estadounidense, pero son típicas de la sociedad israelí. Desde Daniella Weiss en un extremo del espectro hasta Benny Morris en el otro, estas opiniones son representativas de corrientes más amplias en el pensamiento israelí.</w:t>
      </w:r>
    </w:p>
    <w:p/>
    <w:p>
      <w:r>
        <w:rPr>
          <w:b/>
          <w:color w:val="0F766E"/>
          <w:sz w:val="26"/>
        </w:rPr>
        <w:t>Incidentes documentados de violencia contra niños palestinos</w:t>
      </w:r>
    </w:p>
    <w:p/>
    <w:p>
      <w:r>
        <w:t>Según un informe actual de la ONU sobre el asesinato deliberado de niños palestinos, hay muchas escenas documentadas de violencia. El informe describe a colonos orinando sobre un niño, y a un grupo de colonos secuestrando a un hermano y una hermana de cuatro y cinco años y atándolos a un árbol. En otro incidente, soldados israelíes—no colonos—atacaron a un adolescente de dieciséis años con discapacidad auditiva, pateándolo en el suelo. En otro caso, soldados dispararon a una persona que estaba en el suelo suplicando ayuda. Los soldados se quedaron riendo, filmando la escena y bloqueando cualquier ayuda médica para él.</w:t>
      </w:r>
    </w:p>
    <w:p/>
    <w:p>
      <w:r>
        <w:rPr>
          <w:b/>
          <w:color w:val="0F766E"/>
          <w:sz w:val="26"/>
        </w:rPr>
        <w:t>Soldados como representantes de la sociedad israelí</w:t>
      </w:r>
    </w:p>
    <w:p/>
    <w:p>
      <w:r>
        <w:t>Israel es un ejército de ciudadanos, y los soldados son representativos de la sociedad israelí, así como Daniella Weiss en un extremo del espectro y Benny Morris en el otro son representativos de esa sociedad. Desafortunadamente, se ha convertido en una nación de asesinos de niños.</w:t>
      </w:r>
    </w:p>
    <w:p/>
    <w:p>
      <w:r>
        <w:rPr>
          <w:b/>
        </w:rPr>
        <w:t>Reference i teme</w:t>
      </w:r>
    </w:p>
    <w:p>
      <w:r>
        <w:t>Teme: #Niños palestinos — violencia y víctimas, #Violencia de colonos israelíes, #Conducta militar israelí, #Documentación de violencia de la ONU, #Sociedad israelí y deshumanización, #Conflicto en Gaza y Cisjordania</w:t>
      </w:r>
    </w:p>
    <w:p/>
    <w:p>
      <w:r>
        <w:rPr>
          <w:i/>
          <w:color w:val="94A3B8"/>
          <w:sz w:val="16"/>
        </w:rPr>
        <w:t>Generated by MinbarLive — Knowledge Library · https://minbarlive.com/videos/es/finkelstein-israel-se-ha-convertido-en-una-nacion-de-asesinos-de-ninos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