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Finkelstein: Israele è diventata una nazione di assassini di bambini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https://minbarlive.com/videos/it/finkelstein-israele-e-diventata-una-nazione-di-assassini-di-bambini</w:t>
      </w:r>
    </w:p>
    <w:p/>
    <w:p>
      <w:r>
        <w:rPr>
          <w:i/>
        </w:rPr>
        <w:t>Un oratore documenta la violenza contro i bambini palestinesi attraverso rapporti dell'ONU e incidenti che coinvolgono coloni e soldati israeliani, sostenendo che tale comportamento rifletta correnti più ampie nella società israeliana.</w:t>
      </w:r>
    </w:p>
    <w:p/>
    <w:p>
      <w:r>
        <w:rPr>
          <w:b/>
        </w:rPr>
        <w:t>Sažetak</w:t>
      </w:r>
    </w:p>
    <w:p>
      <w:r>
        <w:t>Questa testimonianza presenta incidenti documentati di violenza contro i bambini palestinesi, citando un rapporto dell'ONU su omicidi deliberati. L'oratore descrive casi specifici: coloni che urinano su un bambino, coloni che rapiscono e legano giovani fratelli a un albero, soldati che attaccano un adolescente non udente e soldati che sparano a una persona a terra mentre filmano e impediscono l'assistenza medica. L'oratore contestualizza questi incidenti all'interno della società israeliana facendo riferimento alle caratterizzazioni dei palestinesi da parte di storici e figure pubbliche israeliane, e sostiene che poiché Israele opera come un esercito di cittadini, i soldati rappresentano atteggiamenti sociali più ampi. L'oratore conclude che Israele è diventato caratterizzato come una nazione impegnata nell'uccisione di bambini.</w:t>
      </w:r>
    </w:p>
    <w:p/>
    <w:p>
      <w:r>
        <w:rPr>
          <w:b/>
        </w:rPr>
        <w:t>Ključne poruke</w:t>
      </w:r>
    </w:p>
    <w:p>
      <w:pPr>
        <w:pStyle w:val="ListBullet"/>
      </w:pPr>
      <w:r>
        <w:t>Un rapporto dell'ONU documenta uccisioni deliberate di bambini palestinesi, inclusi incidenti specifici che coinvolgono coloni e soldati.</w:t>
      </w:r>
    </w:p>
    <w:p>
      <w:pPr>
        <w:pStyle w:val="ListBullet"/>
      </w:pPr>
      <w:r>
        <w:t>Gli incidenti documentati includono coloni che urinano su un bambino e rapiscono e legano giovani fratelli a un albero.</w:t>
      </w:r>
    </w:p>
    <w:p>
      <w:pPr>
        <w:pStyle w:val="ListBullet"/>
      </w:pPr>
      <w:r>
        <w:t>I soldati israeliani hanno attaccato un adolescente non udente e hanno sparato a una persona a terra mentre bloccavano aiuti medici e filmavano la scena.</w:t>
      </w:r>
    </w:p>
    <w:p>
      <w:pPr>
        <w:pStyle w:val="ListBullet"/>
      </w:pPr>
      <w:r>
        <w:t>L'oratore caratterizza il linguaggio disumanizzante sui palestinesi (descritti come un 'popolo malato e psicotico') come tipico della società israeliana attraverso lo spettro politico.</w:t>
      </w:r>
    </w:p>
    <w:p>
      <w:pPr>
        <w:pStyle w:val="ListBullet"/>
      </w:pPr>
      <w:r>
        <w:t>L'oratore sostiene che poiché Israele mantiene un esercito di cittadini, i soldati rappresentano atteggiamenti e valori sociali più ampi.</w:t>
      </w:r>
    </w:p>
    <w:p>
      <w:pPr>
        <w:pStyle w:val="ListBullet"/>
      </w:pPr>
      <w:r>
        <w:t>L'oratore conclude che la violenza documentata contro i bambini riflette schemi istituzionali piuttosto che incidenti isolati.</w:t>
      </w:r>
    </w:p>
    <w:p/>
    <w:p>
      <w:r>
        <w:rPr>
          <w:b/>
        </w:rPr>
        <w:t>Članak</w:t>
      </w:r>
    </w:p>
    <w:p>
      <w:r>
        <w:rPr>
          <w:b/>
          <w:color w:val="0F766E"/>
          <w:sz w:val="26"/>
        </w:rPr>
        <w:t>Caratterizzazioni nella società israeliana</w:t>
      </w:r>
    </w:p>
    <w:p/>
    <w:p>
      <w:r>
        <w:t>Benny Morris, che un tempo era il principale storico di Israele, ha descritto i palestinesi come, cito, "un popolo malato e psicotico." Le presunzioni e le assunzioni di figure come Daniella Weiss possono sembrare ragionevoli a un pubblico americano, ma sono tipiche della società israeliana. Da Daniella Weiss a un estremo dello spettro a Benny Morris all'altro, queste opinioni rappresentano correnti più ampie nel pensiero israeliano.</w:t>
      </w:r>
    </w:p>
    <w:p/>
    <w:p>
      <w:r>
        <w:rPr>
          <w:b/>
          <w:color w:val="0F766E"/>
          <w:sz w:val="26"/>
        </w:rPr>
        <w:t>Incidenti documentati di violenza contro i bambini palestinesi</w:t>
      </w:r>
    </w:p>
    <w:p/>
    <w:p>
      <w:r>
        <w:t>Secondo un attuale rapporto dell'ONU sull'uccisione deliberata di bambini palestinesi, ci sono molte scene di violenza documentate. Il rapporto descrive coloni che urinano su un bambino e un gruppo di coloni che rapisce un fratello e una sorella di quattro e cinque anni legandoli a un albero. In un altro incidente, soldati israeliani—non coloni—hanno attaccato un sedicenne non udente, colpendolo a terra. In un altro caso, i soldati hanno sparato a una persona a terra che implorava aiuto. I soldati ridevano, filmavano la scena e bloccavano qualsiasi aiuto medico per lui.</w:t>
      </w:r>
    </w:p>
    <w:p/>
    <w:p>
      <w:r>
        <w:rPr>
          <w:b/>
          <w:color w:val="0F766E"/>
          <w:sz w:val="26"/>
        </w:rPr>
        <w:t>Soldati come rappresentanti della società israeliana</w:t>
      </w:r>
    </w:p>
    <w:p/>
    <w:p>
      <w:r>
        <w:t>Israele ha un esercito di cittadini, e i soldati sono rappresentativi della società israeliana, proprio come Daniella Weiss a un estremo dello spettro e Benny Morris all'altro sono rappresentativi di quella società. Sfortunatamente, è diventata una nazione di assassini di bambini.</w:t>
      </w:r>
    </w:p>
    <w:p/>
    <w:p>
      <w:r>
        <w:rPr>
          <w:b/>
        </w:rPr>
        <w:t>Reference i teme</w:t>
      </w:r>
    </w:p>
    <w:p>
      <w:r>
        <w:t>Teme: #Bambini palestinesi — violenza e vittime, #Violenza dei coloni israeliani, #Comportamento militare israeliano, #Documentazione dell'ONU sulla violenza, #Società israeliana e disumanizzazione, #Conflitto tra Gaza e Cisgiordania</w:t>
      </w:r>
    </w:p>
    <w:p/>
    <w:p>
      <w:r>
        <w:rPr>
          <w:i/>
          <w:color w:val="94A3B8"/>
          <w:sz w:val="16"/>
        </w:rPr>
        <w:t>Generated by MinbarLive — Knowledge Library · https://minbarlive.com/videos/it/finkelstein-israele-e-diventata-una-nazione-di-assassini-di-bambini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