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Glenn Greenwald kaže Tuckeru Carlsonu: zabrana TikToka NIJE BILA NIMALO O KINI!</w:t>
      </w:r>
    </w:p>
    <w:p>
      <w:r>
        <w:rPr>
          <w:b/>
        </w:rPr>
        <w:t xml:space="preserve">Govornik: </w:t>
      </w:r>
      <w:r>
        <w:t>Tucker Carslon</w:t>
      </w:r>
    </w:p>
    <w:p>
      <w:r>
        <w:rPr>
          <w:b/>
        </w:rPr>
        <w:t xml:space="preserve">Izvor: </w:t>
      </w:r>
      <w:r>
        <w:rPr>
          <w:color w:val="0F766E"/>
        </w:rPr>
        <w:t>https://minbarlive.com/videos/hr/glenn-greenwald-kaze-tuckeru-carlsonu-zabrana-tiktoka-nije-bila-nimalo-o-kini</w:t>
      </w:r>
    </w:p>
    <w:p/>
    <w:p>
      <w:r>
        <w:rPr>
          <w:i/>
        </w:rPr>
        <w:t>Glenn Greenwald tvrdi da zabrana TikToka nije bila vođena brigom o kontroli kineske vlade, već željom američke vlade da eliminira platformu koju nije mogla cenzurirati—posebno nakon što su mladi koristili TikTok za dijeljenje sadržaja kritičnog prema ratu u Gazi i izraelskoj politici.</w:t>
      </w:r>
    </w:p>
    <w:p/>
    <w:p>
      <w:r>
        <w:rPr>
          <w:b/>
        </w:rPr>
        <w:t>Sažetak</w:t>
      </w:r>
    </w:p>
    <w:p>
      <w:r>
        <w:t>Glenn Greenwald predstavlja kontrarnu analizu zabrane TikToka, tvrdeći da su geopolitičke brige o Kini bile izgovor, a ne pravi motiv. On smatra da je zabrana dobila političku podršku tek nakon što je ADL istaknuo da su korisnici TikToka konzumirali sadržaj kritičan prema Izraelu i ratu u Gazi. Prema Greenwaldu, američka vlada je intervenirala jer TikTok ostaje jedna od rijetkih velikih platformi koju nije mogla potpuno kontrolirati ili cenzurirati. On to uspoređuje s nedostatkom ovisnosti ByteDance-a o američkim vladinim ugovorima i sigurnosnim odnosima — ovisnostima koje vežu američke tehnološke tvrtke uz prioritete vladine cenzure. Greenwald dodatno ilustrira ovu točku pozivajući se na cenzuru tijekom COVID-a, kada je američka vlada uspješno suzbijala raspravu o podrijetlu pandemije, učinkovitosti maski i zaključavanjima na platformama pod kontrolom SAD-a. On zaključuje da pravi problem nije bio zaštita Amerikanaca od kineske represije, već uklanjanje platforme koja je djelovala izvan autoriteta vladine cenzure.</w:t>
      </w:r>
    </w:p>
    <w:p/>
    <w:p>
      <w:r>
        <w:rPr>
          <w:b/>
        </w:rPr>
        <w:t>Ključne poruke</w:t>
      </w:r>
    </w:p>
    <w:p>
      <w:pPr>
        <w:pStyle w:val="ListBullet"/>
      </w:pPr>
      <w:r>
        <w:t>Zabrana TikToka dobila je politički zamah ne zbog dugotrajnih briga o Kini, već nakon što je ADL izvijestio da korisnici TikToka konzumiraju sadržaj kritičan prema Izraelu i ratu u Gazi.</w:t>
      </w:r>
    </w:p>
    <w:p>
      <w:pPr>
        <w:pStyle w:val="ListBullet"/>
      </w:pPr>
      <w:r>
        <w:t>TikTok je predstavljao jednu od rijetkih velikih platformi koje američka vlada nije mogla potpuno cenzurirati, što ga čini jedinstveno prijetnjom za kontrolu službenih informacija.</w:t>
      </w:r>
    </w:p>
    <w:p>
      <w:pPr>
        <w:pStyle w:val="ListBullet"/>
      </w:pPr>
      <w:r>
        <w:t>Američke tehnološke platforme ovise o ugovorima s vladom SAD-a o obrani i odnosima s CIA-om i Pentagon, stvarajući strukturne poticaje za njihovo poštivanje zahtjeva za cenzuru vlade.</w:t>
      </w:r>
    </w:p>
    <w:p>
      <w:pPr>
        <w:pStyle w:val="ListBullet"/>
      </w:pPr>
      <w:r>
        <w:t>ByteDance, za razliku od američkih tehnoloških tvrtki, nije imao interes u američkoj vladi i stoga se nije osjećao prisiljenim poslušati direktive o cenzuri iz SAD-a.</w:t>
      </w:r>
    </w:p>
    <w:p>
      <w:pPr>
        <w:pStyle w:val="ListBullet"/>
      </w:pPr>
      <w:r>
        <w:t>Tijekom pandemije COVID-19, američka vlada uspješno je cenzurirala rasprave o podrijetlu pandemije, učinkovitosti maski, socijalnom distanciranju i zaključavanjima na platformama pod kontrolom SAD-a.</w:t>
      </w:r>
    </w:p>
    <w:p>
      <w:pPr>
        <w:pStyle w:val="ListBullet"/>
      </w:pPr>
      <w:r>
        <w:t>Izrečeni razlog—zaštita Amerikanaca od kontrole kineske vlade—maskira stvarni motiv: eliminiranje jedine velike platforme izvan autoriteta cenzure američke vlade.</w:t>
      </w:r>
    </w:p>
    <w:p/>
    <w:p>
      <w:r>
        <w:rPr>
          <w:b/>
        </w:rPr>
        <w:t>Članak</w:t>
      </w:r>
    </w:p>
    <w:p>
      <w:r>
        <w:rPr>
          <w:b/>
          <w:color w:val="0F766E"/>
          <w:sz w:val="26"/>
        </w:rPr>
        <w:t>Pravi uzrok zabrane TikToka</w:t>
      </w:r>
    </w:p>
    <w:p/>
    <w:p>
      <w:r>
        <w:t>Zabrana TikToka nije bila prvenstveno strah od Kine, briga koja postoji dugo bez djelovanja. Ideja da TikTok treba biti zabranjen zbog prevelike moći Kine nije imala političku podršku. Zabrana TikToka dobila je potporu kada je ADL izjavio da se mladi okreću protiv Izraela i rata u Gazi zbog previše videa na TikToku koji se bave tim temama. To je bio katalizator. Tada je vlada intervenirala, navodeći da ne može dopustiti da TikTok ostane nekontrolirano područje slobodnog govora jer kontaminira mlade informacijama koje vlada ne želi da znaju.</w:t>
      </w:r>
    </w:p>
    <w:p/>
    <w:p>
      <w:r>
        <w:rPr>
          <w:b/>
          <w:color w:val="0F766E"/>
          <w:sz w:val="26"/>
        </w:rPr>
        <w:t>Prijenos kontrole i nadzor platforme</w:t>
      </w:r>
    </w:p>
    <w:p/>
    <w:p>
      <w:r>
        <w:t>Kao rezultat te intervencije, vlada je oduzela TikTok od ByteDancea i praktički ga predala Marcu Andreessenu, Larryju Ellisonu i sličnim ljudima. Ironija je očita: bila je to kineska tvrtka koja je unosila previše slobodnog govora u Sjedinjene Države. Iako nitko ne smatra Kinu svjetionikom slobodnog govora, posebno kada je riječ o vlastitom narodu, ByteDance je predstavljao nešto jedinstveno u američkom informacijskom ekosustavu: izlaz koji američka vlada nije mogla potpuno kontrolirati.</w:t>
      </w:r>
    </w:p>
    <w:p/>
    <w:p>
      <w:r>
        <w:rPr>
          <w:b/>
          <w:color w:val="0F766E"/>
          <w:sz w:val="26"/>
        </w:rPr>
        <w:t>Cenzura i kontrola vlade tijekom COVID-a</w:t>
      </w:r>
    </w:p>
    <w:p/>
    <w:p>
      <w:r>
        <w:t>Tijekom pandemije COVID-19, američka vlada nije imala nikakvih problema s gušenjem rasprava o podrijetlu COVID-a, učinkovitosti maski, fizičkoj distanci, zatvaranju škola i njihovoj opravdanosti. Lako su mogli cenzurirati te rasprave jer su imali osnovnu kontrolu nad svim glavnim američkim tehnološkim platformama. Te platforme ovise o američkoj vladi za obrambene ugovore i druge sporazume s CIA-om i Pentagon, što znači da nikada neće biti protivne američkoj vladi. Međutim, ByteDance nije imao taj interes u američkoj vladi i nije morao poštovati naredbe o cenzuri.</w:t>
      </w:r>
    </w:p>
    <w:p/>
    <w:p>
      <w:r>
        <w:rPr>
          <w:b/>
          <w:color w:val="0F766E"/>
          <w:sz w:val="26"/>
        </w:rPr>
        <w:t>Zašto je TikTok morao biti uklonjen</w:t>
      </w:r>
    </w:p>
    <w:p/>
    <w:p>
      <w:r>
        <w:t>Ironično, TikTok je postao jedna od rijetkih platformi koju američka vlada nije mogla cenzurirati. Upravo zato je morao biti oduzet od ByteDancea — ne zato što su Amerikanci željeli osigurati slobodu od kineske represije, već zato što je platforma predstavljala prostor izvan kontrole vlade.</w:t>
      </w:r>
    </w:p>
    <w:p/>
    <w:p>
      <w:r>
        <w:rPr>
          <w:b/>
        </w:rPr>
        <w:t>Reference i teme</w:t>
      </w:r>
    </w:p>
    <w:p>
      <w:r>
        <w:t>Teme: #Zabrana TikToka, #državna cenzura, #kontrola platforme, #sloboda govora, #vanjska politika SAD-a, #Gaza i Izrael, #regulacija tehnologije</w:t>
      </w:r>
    </w:p>
    <w:p/>
    <w:p>
      <w:r>
        <w:rPr>
          <w:i/>
          <w:color w:val="94A3B8"/>
          <w:sz w:val="16"/>
        </w:rPr>
        <w:t>Generated by MinbarLive — Knowledge Library · https://minbarlive.com/videos/hr/glenn-greenwald-kaze-tuckeru-carlsonu-zabrana-tiktoka-nije-bila-nimalo-o-kini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