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История оккупации Палестины</w:t>
      </w:r>
    </w:p>
    <w:p>
      <w:r>
        <w:rPr>
          <w:b/>
        </w:rPr>
        <w:t xml:space="preserve">Govornik: </w:t>
      </w:r>
      <w:r>
        <w:t>Al Jazeera</w:t>
      </w:r>
    </w:p>
    <w:p>
      <w:r>
        <w:rPr>
          <w:b/>
        </w:rPr>
        <w:t xml:space="preserve">Izvor: </w:t>
      </w:r>
      <w:r>
        <w:rPr>
          <w:color w:val="0F766E"/>
        </w:rPr>
        <w:t>https://minbarlive.com/videos/ru/histoy-of-palestine-occupation</w:t>
      </w:r>
    </w:p>
    <w:p/>
    <w:p>
      <w:r>
        <w:rPr>
          <w:i/>
        </w:rPr>
        <w:t>Этот технический анализ документирует систематическое лишение палестинцев земли с 1948 года до настоящего времени, прослеживая юридические механизмы — включая Закон о собственности отсутствующих 1950 года и современные системы регистрации — с помощью которых была конфискована палестинская собственность и институционализировано перемещение палестинцев.</w:t>
      </w:r>
    </w:p>
    <w:p/>
    <w:p>
      <w:r>
        <w:rPr>
          <w:b/>
        </w:rPr>
        <w:t>Sažetak</w:t>
      </w:r>
    </w:p>
    <w:p>
      <w:r>
        <w:t>Содержимое предоставляет детальный анализ утраты палестинских земель за несколько периодов. До 1948 года палестинцы владели примерно в девять раз больше земель, чем еврейское меньшинство (13 000 против 1 500 квадратных километров). План раздела ООН выделял 55% Палестины для будущего еврейского государства, несмотря на то, что евреи составляли лишь треть населения. Во время войны 1948 года сионистские военные операции вытеснили более 750 000 палестинцев и опустошили 530 деревень. Докладчик подробно объясняет, как Закон о собственности отсутствующих 1950 года классифицировал палестинцев, покинувших страну после ноября 1947 года, как отсутствующих, а тех, кто остался, как "присутствующих отсутствующих", что позволило массовую передачу собственности Еврейскому национальному фонду. К 1954 году этот механизм перераспределил более 10 000 магазинов, 5 000 зданий и почти 60% плодородной земли. Анализ также охватывает немедленное замораживание палестинских банковских счетов (более 24 миллионов долларов в 1948 году) и документирует, как примерно 80% земель в разрушенных деревнях остаются необитаемыми. Затем докладчик демонстрирует, как аналогичные юридические механизмы применяются на оккупированном Западном берегу на 2026 год, с новыми системами регистрации земель, позволяющими государственным претензиям на неучтенные палестинские участки — отражая методы 1948 года. Текущие условия в Газе показывают, что 86% сельскохозяйственных угодий и 81% зданий повреждены или разрушены, но классифицируются как государственные земли.</w:t>
      </w:r>
    </w:p>
    <w:p/>
    <w:p>
      <w:r>
        <w:rPr>
          <w:b/>
        </w:rPr>
        <w:t>Ključne poruke</w:t>
      </w:r>
    </w:p>
    <w:p>
      <w:pPr>
        <w:pStyle w:val="ListBullet"/>
      </w:pPr>
      <w:r>
        <w:t>В начале 1948 года палестинцы владели примерно 13 000 квадратных километров, в то время как евреи — 1 500 квадратных километров, но всего через два года еврейское меньшинство приобрело 78% исторической Палестины.</w:t>
      </w:r>
    </w:p>
    <w:p>
      <w:pPr>
        <w:pStyle w:val="ListBullet"/>
      </w:pPr>
      <w:r>
        <w:t>План раздела ООН от ноября 1947 года выделил 55% Палестины для будущего еврейского государства, несмотря на то, что евреи составляли лишь треть населения, большинство из которых были недавними иммигрантами из Европы.</w:t>
      </w:r>
    </w:p>
    <w:p>
      <w:pPr>
        <w:pStyle w:val="ListBullet"/>
      </w:pPr>
      <w:r>
        <w:t>Во время войны 1948 года сионистские силы провели 31 военную операцию и как минимум 70 массовых убийств, в результате чего более 750 000 палестинцев были вынуждены покинуть свои дома, а 530 деревень и городов были опустошены.</w:t>
      </w:r>
    </w:p>
    <w:p>
      <w:pPr>
        <w:pStyle w:val="ListBullet"/>
      </w:pPr>
      <w:r>
        <w:t>Закон Израиля о собственности отсутствующих 1950 года классифицировал любого палестинца, покинувшего свой дом после ноября 1947 года, как отсутствующего, а палестинцев, оставшихся в стране, как "присутствующих отсутствующих", что позволило передать их имущество Еврейскому национальному фонду.</w:t>
      </w:r>
    </w:p>
    <w:p>
      <w:pPr>
        <w:pStyle w:val="ListBullet"/>
      </w:pPr>
      <w:r>
        <w:t>К 1954 году механизм Закона о собственности отсутствующих перераспределил более 10 000 палестинских магазинов, 5 000 зданий и почти 60% плодородной земли страны, при этом примерно 70% территории государства потенциально имели палестинских претендентов.</w:t>
      </w:r>
    </w:p>
    <w:p>
      <w:pPr>
        <w:pStyle w:val="ListBullet"/>
      </w:pPr>
      <w:r>
        <w:t>20 июня 1948 года Израиль заморозил банковские счета палестинских клиентов, заблокировав более 24 миллионов долларов (эквивалентно более 300 миллионов долларов в текущей валюте).</w:t>
      </w:r>
    </w:p>
    <w:p>
      <w:pPr>
        <w:pStyle w:val="ListBullet"/>
      </w:pPr>
      <w:r>
        <w:t>На февраль 2026 года кабинет министров Израиля одобрил механизм регистрации земли для оккупированного Западного берега, используя ту же методологию, что и в 1948 году: любой палестинский участок без документального подтверждения теперь может быть заявлен государством; в Газе 86% сельскохозяйственных угодий и 81% зданий были повреждены или разрушены, но классифицируются как государственная земля.</w:t>
      </w:r>
    </w:p>
    <w:p/>
    <w:p>
      <w:r>
        <w:rPr>
          <w:b/>
        </w:rPr>
        <w:t>Članak</w:t>
      </w:r>
    </w:p>
    <w:p>
      <w:r>
        <w:rPr>
          <w:b/>
          <w:color w:val="0F766E"/>
          <w:sz w:val="26"/>
        </w:rPr>
        <w:t>Владение землёй до и после 1948 года</w:t>
      </w:r>
    </w:p>
    <w:p/>
    <w:p>
      <w:r>
        <w:t>В начале 1948 года палестинцы владели почти в девять раз большей площадью земли, чем евреи в Палестине. За два года это еврейское меньшинство, составлявшее всего 6% населения, заняло 78% страны. До Накбы палестинцы владели примерно 13 000 квадратных километров, в то время как евреи — 1 500 квадратных километров. В ноябре 1947 года план раздела ООН выделил 55% Палестины будущему еврейскому государству, несмотря на то, что евреи составляли только треть населения, большинство из которых были недавними европейскими иммигрантами.</w:t>
      </w:r>
    </w:p>
    <w:p/>
    <w:p>
      <w:r>
        <w:rPr>
          <w:b/>
          <w:color w:val="0F766E"/>
          <w:sz w:val="26"/>
        </w:rPr>
        <w:t>Военные операции и трансформация территории</w:t>
      </w:r>
    </w:p>
    <w:p/>
    <w:p>
      <w:r>
        <w:t>Во время войны 1948 года сионистские силы провели 31 военную операцию и как минимум 70 массовых убийств. К моменту перемирия 1949 года Израиль занял 78% исторической Палестины. Более 750 000 палестинцев были вынуждены покинуть свои дома, и 530 деревень и городов остались пустыми. Этот массовый сдвиг в территориальном контроле коренным образом изменил демографический и географический ландшафт региона.</w:t>
      </w:r>
    </w:p>
    <w:p/>
    <w:p>
      <w:r>
        <w:rPr>
          <w:b/>
          <w:color w:val="0F766E"/>
          <w:sz w:val="26"/>
        </w:rPr>
        <w:t>Правовые механизмы конфискации собственности</w:t>
      </w:r>
    </w:p>
    <w:p/>
    <w:p>
      <w:r>
        <w:t>В 1950 году Израиль принял Закон о собственности отсутствующих, который определял любого палестинца, покинувшего свой дом после ноября 1947 года, как отсутствующего. Даже палестинцы, которые никогда не покидали страну, классифицировались как "присутствующие отсутствующие" по этому закону. Их собственность была передана Еврейскому национальному фонду. К 1954 году более 10 000 палестинских магазинов, 5 000 зданий и почти 60% плодородной земли страны были перераспределены через этот механизм. Приблизительно 70% территории государства могут иметь палестинских претендентов.</w:t>
      </w:r>
    </w:p>
    <w:p/>
    <w:p>
      <w:r>
        <w:rPr>
          <w:b/>
          <w:color w:val="0F766E"/>
          <w:sz w:val="26"/>
        </w:rPr>
        <w:t>Финансовое изъятие и заброшенная земля</w:t>
      </w:r>
    </w:p>
    <w:p/>
    <w:p>
      <w:r>
        <w:t>Помимо конфискации земли, Израиль также нацелился на финансовые активы палестинцев. 20 июня 1948 года Израиль приказал всем банкам страны заморозить счета палестинских клиентов. Более 24 миллионов долларов были заблокированы за одну ночь, что эквивалентно более 300 миллионам долларов по сегодняшнему курсу. Палестинский исследователь Салман Абу Ситта обнаружил, что около 80% земли в тех разрушенных деревнях остаётся необитаемой и состоит из открытых пространств, лесов или сельскохозяйственных угодий. Палестинские историки приходят к тому же выводу: Накба была не войной за жизненное пространство, а войной, спланированной для создания государства с еврейским большинством.</w:t>
      </w:r>
    </w:p>
    <w:p/>
    <w:p>
      <w:r>
        <w:rPr>
          <w:b/>
          <w:color w:val="0F766E"/>
          <w:sz w:val="26"/>
        </w:rPr>
        <w:t>Современные применения исторических методов</w:t>
      </w:r>
    </w:p>
    <w:p/>
    <w:p>
      <w:r>
        <w:t>Спустя десятилетия те же механизмы применяются к палестинским территориям. В феврале 2026 года кабинет министров Израиля одобрил механизм регистрации земли для оккупированного Западного берега. В рамках этой системы любой участок, который палестинец не может документально подтвердить, теперь может быть заявлен государством — тем же методом, который использовался для поглощения палестинской собственности в 1948 году. В 2025 году было одобрено рекордное количество израильских незаконных поселений — 54. В Газе, куда в основном попали беженцы 1948 года, 86% сельскохозяйственных угодий и 81% зданий были повреждены или уничтожены. Несмотря на это масштабное разрушение и продолжающееся перемещение, Израиль классифицирует всё это как государственную землю для палестинцев, почти через восемь десятилетий после Накбы. Цифры и юридические обоснования не соответствуют задокументированным историческим данным.</w:t>
      </w:r>
    </w:p>
    <w:p/>
    <w:p>
      <w:r>
        <w:rPr>
          <w:b/>
        </w:rPr>
        <w:t>Reference i teme</w:t>
      </w:r>
    </w:p>
    <w:p>
      <w:r>
        <w:t>Teme: #Изъятие палестинских земель, #Накба 1948 года, #Израильские юридические механизмы конфискации собственности, #Закон о собственности отсутствующих, #Палестинское перемещение и кризис беженцев, #Регистрация земель на оккупированном Западном берегу, #Разрушение Газы и право собственности на землю</w:t>
      </w:r>
    </w:p>
    <w:p/>
    <w:p>
      <w:r>
        <w:rPr>
          <w:i/>
          <w:color w:val="94A3B8"/>
          <w:sz w:val="16"/>
        </w:rPr>
        <w:t>Generated by MinbarLive — Knowledge Library · https://minbarlive.com/videos/ru/histoy-of-palestine-occupation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