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 Want OUT of NATO Too — Then I Realized Who's Behind the Idea</w:t>
      </w:r>
    </w:p>
    <w:p>
      <w:r>
        <w:rPr>
          <w:b/>
        </w:rPr>
        <w:t xml:space="preserve">Izvor: </w:t>
      </w:r>
      <w:r>
        <w:rPr>
          <w:color w:val="0F766E"/>
        </w:rPr>
        <w:t>https://minbarlive.com/videos/i-want-out-of-nato-too-then-i-realized-who-s-behind-the-idea</w:t>
      </w:r>
    </w:p>
    <w:p/>
    <w:p>
      <w:r>
        <w:rPr>
          <w:i/>
        </w:rPr>
        <w:t>A commentator argues that Israel is orchestrating a campaign to fracture NATO and US alliances by influencing Trump's rhetoric attacking Spain, Denmark (over Greenland), and other NATO members, positioning NATO withdrawal as serving Israeli rather than American strategic interests.</w:t>
      </w:r>
    </w:p>
    <w:p/>
    <w:p>
      <w:r>
        <w:rPr>
          <w:b/>
        </w:rPr>
        <w:t>Sažetak</w:t>
      </w:r>
    </w:p>
    <w:p>
      <w:r>
        <w:t>This commentary presents an analysis of recent Trump administration statements and actions at the NATO summit, arguing that Israel is the driving force behind calls for US withdrawal from NATO. The speaker outlines several pieces of evidence: Trump's simultaneous praise of Turkey (which the speaker claims Israel dislikes) combined with repeated demands to seize Greenland (which would only make sense outside NATO); public attacks on Spain specifically because it has cut trade with Israel; and rhetoric threatening NATO allies while praising Trump as 'the greatest president for Israel.' The speaker contends that Israel opposes NATO because it includes countries turning against Israeli interests (Turkey, Spain, Italy) and prefers a US military directly under Israeli technological and strategic control. The commentary also examines NATO Secretary Mark Rutte's non-response to a Danish journalist's challenge about acquiescing to Trump's threats, illustrating what the speaker sees as allied vulnerability stemming from dependence on US military technology. The speaker draws parallels to Israel's opposition to the Iran nuclear deal (JCPOA) as a precedent for strategic alliance-fracturing, and warns that Israeli ambitions extend beyond the Middle East to confrontation with European NATO members.</w:t>
      </w:r>
    </w:p>
    <w:p/>
    <w:p>
      <w:r>
        <w:rPr>
          <w:b/>
        </w:rPr>
        <w:t>Ključne poruke</w:t>
      </w:r>
    </w:p>
    <w:p>
      <w:pPr>
        <w:pStyle w:val="ListBullet"/>
      </w:pPr>
      <w:r>
        <w:t>The speaker suspects Israel is orchestrating the push for US NATO withdrawal, distinguishing this from his own historical skepticism of NATO defense pacts.</w:t>
      </w:r>
    </w:p>
    <w:p>
      <w:pPr>
        <w:pStyle w:val="ListBullet"/>
      </w:pPr>
      <w:r>
        <w:t>Trump's contradictory statements at the NATO summit—praising Turkey while demanding Greenland seizure—suggest an attempt to destabilize allies; Greenland's strategic value only exists if the US exits NATO.</w:t>
      </w:r>
    </w:p>
    <w:p>
      <w:pPr>
        <w:pStyle w:val="ListBullet"/>
      </w:pPr>
      <w:r>
        <w:t>Trump's targeted attacks on Spain as a NATO partner are motivated by Spain's trade restrictions on Israel, not any threat to US interests; other allies made similar choices on Iran but were not publicly condemned.</w:t>
      </w:r>
    </w:p>
    <w:p>
      <w:pPr>
        <w:pStyle w:val="ListBullet"/>
      </w:pPr>
      <w:r>
        <w:t>NATO allies lack independent military capacity and cannot resist US pressure because they depend entirely on American weapons and defense technology, making them 'abused, battered spouses.'</w:t>
      </w:r>
    </w:p>
    <w:p>
      <w:pPr>
        <w:pStyle w:val="ListBullet"/>
      </w:pPr>
      <w:r>
        <w:t>Israeli-US military technology merger would give Israel control over NATO weapons distribution, incentivising Israel to push the US out of NATO to prevent arming allies Israel opposes.</w:t>
      </w:r>
    </w:p>
    <w:p>
      <w:pPr>
        <w:pStyle w:val="ListBullet"/>
      </w:pPr>
      <w:r>
        <w:t>Israel opposes NATO because it includes countries (Turkey, Spain, Italy) increasingly critical of Israeli policy and because NATO constrains Israeli military action in the region and beyond.</w:t>
      </w:r>
    </w:p>
    <w:p>
      <w:pPr>
        <w:pStyle w:val="ListBullet"/>
      </w:pPr>
      <w:r>
        <w:t>The speaker draws a parallel to Israel's opposition to the JCPOA (Iran nuclear deal), arguing that Israel similarly sought to dissolve that agreement to create a pretext for military action.</w:t>
      </w:r>
    </w:p>
    <w:p/>
    <w:p>
      <w:r>
        <w:rPr>
          <w:b/>
        </w:rPr>
        <w:t>Članak</w:t>
      </w:r>
    </w:p>
    <w:p>
      <w:r>
        <w:rPr>
          <w:b/>
          <w:color w:val="0F766E"/>
          <w:sz w:val="26"/>
        </w:rPr>
        <w:t>Skepticism About the NATO Exit Campaign</w:t>
      </w:r>
    </w:p>
    <w:p/>
    <w:p>
      <w:r>
        <w:t>I am very suspicious that at this point it is Israel that is behind the idea of the United States leaving NATO. The campaign idea that was really popular in 2016 for the United States to leave NATO has a lot of supporters. I myself am one of them, to be honest. I don't like defense pacts that are guaranteed. I don't like being obligated to join in on a war without the American people actually deciding individually on each war whether or not we should get into it. So I'm not a big fan of these defense pacts. But that being said, I do think that the campaign slogan of getting out of NATO is actually an Israeli plot, which makes me then say, well, then I guess we should think twice about getting out of NATO. Maybe we should stay in NATO.</w:t>
      </w:r>
    </w:p>
    <w:p/>
    <w:p>
      <w:r>
        <w:t>I know you might say that's crazy, and a lot of us want to get out—me too. But I do think this is an Israeli plot. Let me explain my reasoning.</w:t>
      </w:r>
    </w:p>
    <w:p/>
    <w:p>
      <w:r>
        <w:rPr>
          <w:b/>
          <w:color w:val="0F766E"/>
          <w:sz w:val="26"/>
        </w:rPr>
        <w:t>Trump's Behavior at the NATO Summit</w:t>
      </w:r>
    </w:p>
    <w:p/>
    <w:p>
      <w:r>
        <w:t>Trump is in Turkey right now for the NATO summit. What we saw yesterday was he praised Erdogan, said that he was a great friend, talked about dropping sanctions, talked about selling him F-35s—which supposedly pissed off Israel. I still assert that I think Israel put him up to saying all those things, trying to cause unrest in Turkey, trying to get the Turkish people to turn on Erdogan to cause a regime change without anybody lifting a finger. That is my suspicion of that whole charade of praising Turkey, saying Turkey's so great and stayed out of the war with Iran, and that Turkey is more loyal to him than any other country. I think he's trying to cause unrest in the country.</w:t>
      </w:r>
    </w:p>
    <w:p/>
    <w:p>
      <w:r>
        <w:rPr>
          <w:b/>
          <w:color w:val="0F766E"/>
          <w:sz w:val="26"/>
        </w:rPr>
        <w:t>The Greenland Proposal</w:t>
      </w:r>
    </w:p>
    <w:p/>
    <w:p>
      <w:r>
        <w:t>Secondly, what we see during the NATO summit is he goes once again about taking Greenland. He's still on this. Why do you need Greenland if it's a part of Denmark, which is a NATO country? If Greenland is attacked, then everybody in NATO, including the United States, comes to Greenland's rescue. We already have a lot of military bases there. We're already armed to the teeth in Greenland. We already control it in that way. Why do we need to actually control Greenland? You only want to control Greenland if you don't think you're going to be in NATO, if you're going to exit NATO.</w:t>
      </w:r>
    </w:p>
    <w:p/>
    <w:p>
      <w:r>
        <w:t>That would do two things. One, it would be a land grab. Now we can't criticize the Israelis for their land grab, right? That would be hypocritical. And secondly, I think it is meant to pave the way to exit NATO, saying we don't need it, we've got this, we've got what we need and we're fine.</w:t>
      </w:r>
    </w:p>
    <w:p/>
    <w:p>
      <w:r>
        <w:rPr>
          <w:b/>
          <w:color w:val="0F766E"/>
          <w:sz w:val="26"/>
        </w:rPr>
        <w:t>Attacking Spain as a NATO Ally</w:t>
      </w:r>
    </w:p>
    <w:p/>
    <w:p>
      <w:r>
        <w:t>He then goes on and criticizes Spain. Trump said he doesn't want anything to do with Spain anymore, which is a NATO ally. In his own words: "I'm not happy with NATO because of what they did with Greenland. And I'm not happy with NATO because of the fact that they didn't want to help us with the number one state sponsor of terror—that's Iran. They were unwilling to help us. Now, in all fairness, they didn't speak to Mark about it. I think if I did, it might have been different, but we didn't need help. But I was really testing. I wanted to see whether or not they'd be there. And the answer is they were. I spoke to Germany. I spoke to France, spoke to the UK, spoke to Italy. I didn't speak to Spain. Spain is a wasted cause. We don't want to do any trade business with Spain anymore. By the way, I'd like you to cut it off. Spain is a terrible partner in NATO. They don't participate. They don't pay. I don't want anything to do with Spain. Cut off all trade with Spain, please. Including visits. We don't want anything to do. Watch them. Watch them come running back. Oh, they'll come running back. They treat this man terribly. And this man's a good man too. Great man. They're lucky they have him. But Spain doesn't agree to anything. And you shouldn't carry them. I mean, you sort of automatically carry it because you're protecting an area. So they're there. So they probably figure they have to protect us, right? But we don't have to. We don't have to trade with them. I don't want to do any more trade with them. All right. Take it immediately. Don't even talk to them. They're hopeless, bad people because they have everybody else going and paying and working in Spain—in particular Spain, there are a couple of others, but in particular Spain, they're open about it. They're hostile about it. And let's see how hostile they remain when they call up and say, please, please, we want to trade with you, sir. We want to trade with you, sir. It makes so much money with us. And we're going to see that they make a lot less. I want no business with them."</w:t>
      </w:r>
    </w:p>
    <w:p/>
    <w:p>
      <w:r>
        <w:rPr>
          <w:b/>
          <w:color w:val="0F766E"/>
          <w:sz w:val="26"/>
        </w:rPr>
        <w:t>The Israel Connection to Spain Targeting</w:t>
      </w:r>
    </w:p>
    <w:p/>
    <w:p>
      <w:r>
        <w:t>The only reason he's saying that is because Spain is cutting off Israel. This is about Israel. This has nothing to do with the United States of America. But he is the greatest president for Israel, isn't he? Certainly is. He's saying Spain's a problem only for Israel. Spain is no problem for the United States. Did they join in on the war against Iran? No. But guess what? No one else did either. So why are you only targeting Spain? Why not target Germany? Why not target Italy? Why not target France? Why not target any of the rest of them? They didn't join in. The only thing that is making Spain stand out is that Spain has decided to cut off trade with Israel. And Donald Trump is the president for Israel, and he's protecting Israel. And that's why he's going hard against Spain.</w:t>
      </w:r>
    </w:p>
    <w:p/>
    <w:p>
      <w:r>
        <w:rPr>
          <w:b/>
          <w:color w:val="0F766E"/>
          <w:sz w:val="26"/>
        </w:rPr>
        <w:t>NATO Chief's Response and Journalistic Pushback</w:t>
      </w:r>
    </w:p>
    <w:p/>
    <w:p>
      <w:r>
        <w:t>Look at NATO. NATO chief Mark Rutte just sits there, smiles and takes it. A Danish reporter actually calls him out on this. We need more questions like this of our leaders. This journalist is doing his damn job, and I'd like to see many others following in his footsteps. The Danish journalist from Ritzau asked Mark directly: "Mark, you sit next to Donald Trump in moments where he talks about conquering Greenland, talks about lashing out at allies like Spain, starting trade wars, things that it doesn't seem like the old majority would approve of. Does this have any effect on your self-respect when you sit next to him like that and say nothing?"</w:t>
      </w:r>
    </w:p>
    <w:p/>
    <w:p>
      <w:r>
        <w:t>Mark Rutte responded: "What I always do is acknowledge when praise is due. And I think we should praise Donald Trump for the fact that NATO is so much stronger. Of course, it has to do with the Russian threat. It has to do with the war in Ukraine. But it's very much also has to do with President Trump delivering. Now, since Eisenhower, the United States tried to achieve equalizing spending between the US and Europe, and that makes Europe stronger. It makes Europe more relevant for the United States as a partner. So that is the transformative character of this summit of what happened in The Hague, the implementation since The Hague. This summit as a point in time where we take stock. And I think that is extremely important. And when it comes to Greenland, I already explained we had the meeting in Davos and I said, I agree with you when it comes to Russia, when it comes to China gaining access to the high North. But let's do this together. We have NATO for this. Let's work together on this. This is exactly what we are doing.</w:t>
      </w:r>
    </w:p>
    <w:p/>
    <w:p>
      <w:r>
        <w:t>Basically, he didn't answer the question of how he can live with himself sitting next to a man who's threatening NATO allies while being the head of NATO. That's a good question.</w:t>
      </w:r>
    </w:p>
    <w:p/>
    <w:p>
      <w:r>
        <w:rPr>
          <w:b/>
          <w:color w:val="0F766E"/>
          <w:sz w:val="26"/>
        </w:rPr>
        <w:t>NATO Allies' Dependence and Vulnerability</w:t>
      </w:r>
    </w:p>
    <w:p/>
    <w:p>
      <w:r>
        <w:t>He's saying we're going to take Greenland. That's a threat against Denmark. He's saying we're cutting off Spain. What is this? He goes after Maloney. He actually posted a picture last week of Maloney saying he's going to need a restraining order, picking on her like she's some psycho who's obsessed with him. I mean, Donald Trump can say whatever he wants to say and do whatever he wants to do. But these NATO allies have no guts of their own. They cannot stand up to the United States. And this is a huge point. Why can they not stand up to the United States of America? Because the US is NATO. The US is giving them the weapons, the technology, the defense. That's what happens when you give your guns away.</w:t>
      </w:r>
    </w:p>
    <w:p/>
    <w:p>
      <w:r>
        <w:t>This is why I'm a big supporter of the Second Amendment. And I'm also a big supporter of military sovereignty, something that we're losing because Congress is signing away our military to Israel. They're going to make us beholden to Israel because they're basically saying in these new laws that they're passing that the United States needs to buy and become dependent on Israeli tech for future warfare. And that turns us into these pansy ass NATO allies who sit there and smile along while they're being threatened, because what else can they do? They're totally and completely dependent on US military tech. So if we don't want to become like NATO allies—sitting there just smiling along and saying you can threaten us all you want and do what you need to do while we just sit here and take it like an abused, battered spouse—we cannot allow our military to be merged with Israel.</w:t>
      </w:r>
    </w:p>
    <w:p/>
    <w:p>
      <w:r>
        <w:rPr>
          <w:b/>
          <w:color w:val="0F766E"/>
          <w:sz w:val="26"/>
        </w:rPr>
        <w:t>Israel's Strategic Interest in NATO Dissolution</w:t>
      </w:r>
    </w:p>
    <w:p/>
    <w:p>
      <w:r>
        <w:t>But Israel wants that military merger. Israel is going to get it. And when Israel gets it, they will make sure that we drop NATO. Why do they want us to drop NATO? Because they hate NATO. They don't like Turkey. They don't like Spain. They're soon to not like Italy because Italy is turning very much so on them as well. All these other countries that are starting to turn on them—they don't want to have anything to do with NATO. They don't want us to continue to arm these NATO allies, giving them weapons, giving them technology. Especially if we merge our technology with Israel, Israel will have more power and control over our military and what we do with it. And they say, hey, we're not going to allow you to share any of these weapons with NATO allies. The NATO allies say, well, then what are we doing? And so the whole entire alliance crumbles. And this is Israel's doing because Israel wants to wage war against many of the NATO allies.</w:t>
      </w:r>
    </w:p>
    <w:p/>
    <w:p>
      <w:r>
        <w:rPr>
          <w:b/>
          <w:color w:val="0F766E"/>
          <w:sz w:val="26"/>
        </w:rPr>
        <w:t>Broader Strategic Ambitions</w:t>
      </w:r>
    </w:p>
    <w:p/>
    <w:p>
      <w:r>
        <w:t>Do you think that they were going to stop with the Middle East? Did you think that they were going to stop with Iran because Iran was the greatest state sponsor of terror, when now they've got their eyes set on Turkey? They've shown us what they're wanting to do. They want to go after NATO allies. So they want us out of NATO just like they wanted us out of the JCPOA. They didn't want that Iranian deal. They wanted out of it so that they could then justify going to war with Iran. And that's what we've been seeing—once we dropped out of that agreement, which we're basically asking to get back into, plus a worse agreement really, then it was the pretext for allowing Israel to wage war. And that's what they're wanting to do against Turkey. That's what they're going to want to do against Spain, against everybody in the Christian world.</w:t>
      </w:r>
    </w:p>
    <w:p/>
    <w:p>
      <w:r>
        <w:t>Because once they go after the Muslims, they'll say, well, actually, throughout history, we've been persecuted by the Christians more than any other group. And that would be true. So then they would have the pretext to do that and say, well, it's really the Christians who are our enemies. I mean, look at these countries, these Christian countries in Europe. There are enemies there against us. They're trying to stop us. They don't want the state of Israel to exist. It's genocide, oh no. And they want to go after them.</w:t>
      </w:r>
    </w:p>
    <w:p/>
    <w:p>
      <w:r>
        <w:rPr>
          <w:b/>
          <w:color w:val="0F766E"/>
          <w:sz w:val="26"/>
        </w:rPr>
        <w:t>Conclusion</w:t>
      </w:r>
    </w:p>
    <w:p/>
    <w:p>
      <w:r>
        <w:t>I do think now, after hearing Netanyahu talking about NATO allies, after hearing Trump's rhetoric, that this was all in. I don't think the man can think for himself at this point anymore. I think that he is beholden to Israel entirely, and pretty much every plan, plot, and employ that's out there—we have to suspect it might be Israel behind it. And then we have to think, well, what would be the motivation for Israel being behind it? And I think getting out of NATO is an easy one. It's a really easy one. So I do think that Israel is behind the idea of let's get out of NATO, let's drop NATO, let's attack NATO allies to the point where NATO wants to drop us.</w:t>
      </w:r>
    </w:p>
    <w:p/>
    <w:p>
      <w:r>
        <w:t>I think Israel is getting to maybe control the NATO allies because once they merge their tech with the United States and the military with the United States, then they're in charge of NATO. They're in charge of Europe. It just sucks to have to see conspiracy everywhere. But the fact is there is conspiracy everywhere. So what are we going to do?</w:t>
      </w:r>
    </w:p>
    <w:p/>
    <w:p>
      <w:r>
        <w:rPr>
          <w:b/>
        </w:rPr>
        <w:t>Reference i teme</w:t>
      </w:r>
    </w:p>
    <w:p>
      <w:r>
        <w:t>Teme: #NATO and US alliances, #US-Israel relations and influence, #Trump administration foreign policy, #Israel-Spain diplomatic tensions, #Greenland geopolitics, #NATO strategic vulnerability, #US military technology and dependence</w:t>
      </w:r>
    </w:p>
    <w:p/>
    <w:p>
      <w:r>
        <w:rPr>
          <w:i/>
          <w:color w:val="94A3B8"/>
          <w:sz w:val="16"/>
        </w:rPr>
        <w:t>Generated by MinbarLive — Knowledge Library · https://minbarlive.com/videos/i-want-out-of-nato-too-then-i-realized-who-s-behind-the-idea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