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ISIS Threats Against Spain and Alleged Geopolitical Patterns</w:t>
      </w:r>
    </w:p>
    <w:p>
      <w:r>
        <w:rPr>
          <w:b/>
        </w:rPr>
        <w:t xml:space="preserve">Izvor: </w:t>
      </w:r>
      <w:r>
        <w:rPr>
          <w:color w:val="0F766E"/>
        </w:rPr>
        <w:t>https://minbarlive.com/videos/isis-threatens-spain</w:t>
      </w:r>
    </w:p>
    <w:p/>
    <w:p>
      <w:r>
        <w:rPr>
          <w:i/>
        </w:rPr>
        <w:t>A speaker presents claims about ISIS threat patterns against Spain, noting the absence of ISIS threats against Israel and proposing an alternative geopolitical interpretation of ISIS activities.</w:t>
      </w:r>
    </w:p>
    <w:p/>
    <w:p>
      <w:r>
        <w:rPr>
          <w:b/>
        </w:rPr>
        <w:t>Sažetak</w:t>
      </w:r>
    </w:p>
    <w:p>
      <w:r>
        <w:t>The speaker discusses recent ISIS threats directed at Spain, highlighting what they characterize as a notable pattern: ISIS has never threatened Israel, despite Spain currently experiencing tensions with Israel. The speaker cites statistics claiming 90% of ISIS victims are Muslims while less than 1% are Jews, and argues that ISIS exclusively targets Israel's enemies. The speaker references a previous ISIS attack on Israel followed by an immediate apology. Based on these observations, the speaker proposes an alternative interpretation, suggesting that ISIS may represent Israeli Secret Intelligence Services, framing this as a consideration for the audience regarding geopolitical patterns and the origins of terrorist activities.</w:t>
      </w:r>
    </w:p>
    <w:p/>
    <w:p>
      <w:r>
        <w:rPr>
          <w:b/>
        </w:rPr>
        <w:t>Ključne poruke</w:t>
      </w:r>
    </w:p>
    <w:p>
      <w:pPr>
        <w:pStyle w:val="ListBullet"/>
      </w:pPr>
      <w:r>
        <w:t>ISIS has recently threatened Spain, coinciding with Spain's existing tensions with Israel.</w:t>
      </w:r>
    </w:p>
    <w:p>
      <w:pPr>
        <w:pStyle w:val="ListBullet"/>
      </w:pPr>
      <w:r>
        <w:t>According to the speaker, ISIS has never threatened Israel despite attacking many other targets.</w:t>
      </w:r>
    </w:p>
    <w:p>
      <w:pPr>
        <w:pStyle w:val="ListBullet"/>
      </w:pPr>
      <w:r>
        <w:t>The speaker claims 90% of ISIS victims are Muslims, while less than 1% are Jewish.</w:t>
      </w:r>
    </w:p>
    <w:p>
      <w:pPr>
        <w:pStyle w:val="ListBullet"/>
      </w:pPr>
      <w:r>
        <w:t>The speaker references an incident in which ISIS apologized immediately after an attack on Israel.</w:t>
      </w:r>
    </w:p>
    <w:p>
      <w:pPr>
        <w:pStyle w:val="ListBullet"/>
      </w:pPr>
      <w:r>
        <w:t>The speaker proposes that ISIS exclusively attacks enemies of Israel, not Israel itself.</w:t>
      </w:r>
    </w:p>
    <w:p>
      <w:pPr>
        <w:pStyle w:val="ListBullet"/>
      </w:pPr>
      <w:r>
        <w:t>The speaker suggests an alternative interpretation: that ISIS stands for Israeli Secret Intelligence Services.</w:t>
      </w:r>
    </w:p>
    <w:p/>
    <w:p>
      <w:r>
        <w:rPr>
          <w:b/>
        </w:rPr>
        <w:t>Članak</w:t>
      </w:r>
    </w:p>
    <w:p>
      <w:r>
        <w:rPr>
          <w:b/>
          <w:color w:val="0F766E"/>
          <w:sz w:val="26"/>
        </w:rPr>
        <w:t>ISIS Threatens Spain</w:t>
      </w:r>
    </w:p>
    <w:p/>
    <w:p>
      <w:r>
        <w:t>ISIS is threatening Spain again. The speaker notes it is notable that ISIS never threatens Israel, and observes this as a coincidence occurring at a time when Spain is experiencing tensions with Israel. According to the speaker, the last time ISIS attacked Israel, they apologized immediately afterward.</w:t>
      </w:r>
    </w:p>
    <w:p/>
    <w:p>
      <w:r>
        <w:rPr>
          <w:b/>
          <w:color w:val="0F766E"/>
          <w:sz w:val="26"/>
        </w:rPr>
        <w:t>Victim Statistics and Attack Patterns</w:t>
      </w:r>
    </w:p>
    <w:p/>
    <w:p>
      <w:r>
        <w:t>The speaker cites statistics claiming that 90% of ISIS victims are Muslims, while less than 1% are Jews. The speaker argues that ISIS only attacks Israel's enemies, and suggests this pattern allows blame to fall on Muslims, whom the speaker implies ISIS does not favor.</w:t>
      </w:r>
    </w:p>
    <w:p/>
    <w:p>
      <w:r>
        <w:rPr>
          <w:b/>
          <w:color w:val="0F766E"/>
          <w:sz w:val="26"/>
        </w:rPr>
        <w:t>Alternative Interpretation</w:t>
      </w:r>
    </w:p>
    <w:p/>
    <w:p>
      <w:r>
        <w:t>The speaker proposes an alternative explanation for ISIS's activities, suggesting that ISIS really stands for Israeli Secret Intelligence Services, and frames this as something for the audience to consider.</w:t>
      </w:r>
    </w:p>
    <w:p/>
    <w:p>
      <w:r>
        <w:rPr>
          <w:b/>
        </w:rPr>
        <w:t>Reference i teme</w:t>
      </w:r>
    </w:p>
    <w:p>
      <w:r>
        <w:t>Teme: #ISIS threat patterns, #Spain security, #Israel-ISIS relations, #Geopolitical analysis, #Terrorism statistics, #Middle East conflict</w:t>
      </w:r>
    </w:p>
    <w:p/>
    <w:p>
      <w:r>
        <w:rPr>
          <w:i/>
          <w:color w:val="94A3B8"/>
          <w:sz w:val="16"/>
        </w:rPr>
        <w:t>Generated by MinbarLive — Knowledge Library · https://minbarlive.com/videos/isis-threatens-spain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