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Izrael je POTOPIO Španjolsku migrantima kako bi ukazao na problem</w:t>
      </w:r>
    </w:p>
    <w:p>
      <w:r>
        <w:rPr>
          <w:b/>
        </w:rPr>
        <w:t xml:space="preserve">Govornik: </w:t>
      </w:r>
      <w:r>
        <w:t>Kim Iversen</w:t>
      </w:r>
    </w:p>
    <w:p>
      <w:r>
        <w:rPr>
          <w:b/>
        </w:rPr>
        <w:t xml:space="preserve">Izvor: </w:t>
      </w:r>
      <w:r>
        <w:rPr>
          <w:color w:val="0F766E"/>
        </w:rPr>
        <w:t>https://minbarlive.com/videos/hr/izrael-je-potopio-spanjolsku-migrantima-kako-bi-ukazao-na-problem</w:t>
      </w:r>
    </w:p>
    <w:p/>
    <w:p>
      <w:r>
        <w:rPr>
          <w:i/>
        </w:rPr>
        <w:t>Ova analiza ispituje migracijsku krizu u Ceuti 2022. godine, u kojoj je približno 50.000 migranata prešlo u španjolski teritorij u jednom danu, te tvrdi da je događaj bio koordiniran od strane Izraela i Maroka kao politički pritisak na Španjolsku zbog njezine kritike izraelskih politika.</w:t>
      </w:r>
    </w:p>
    <w:p/>
    <w:p>
      <w:r>
        <w:rPr>
          <w:b/>
        </w:rPr>
        <w:t>Sažetak</w:t>
      </w:r>
    </w:p>
    <w:p>
      <w:r>
        <w:t>Transkript predstavlja istragu o migracijskoj krizi u svibnju 2022. u Ceuti, Španija, gdje je otprilike 50.000 migranata—pretežno mladih muškaraca—prešlo granicu u otprilike 24 sata. Govornik tvrdi da to nije bila spontana humanitarna migracija, već koordinirana politička operacija. Ključni dokazi uključuju: brzu organizaciju prijevoza autobusima i kamionima uz očitu službenu pomoć; brz odlazak 48.000 migranata ubrzo nakon dolaska; iskaze migranata koji opisuju marokanske policajce koji ih usmjeravaju da pređu; i Netanyahuove javne izjave koje prijete posljedicama zbog kritike Španije prema Izraelu. Analiza povezuje ovo s izraelskim strateškim interesima u kontroli Gibraltarske tjesnace, Marokovim nastojanjem za izraelskom tehnologijom obrane, te Netanyahuovom izjavom iz 2019. koja priznaje da Izrael financira nevladine organizacije u Španiji koje traže povratak Ceute i Melille Maroku. Govornik ovaj incident prikazuje kao dio šireg obrasca izraelske geopolitičke moći, tvrdeći da Izrael koristi partnerstva i koordinirane akcije za destabilizaciju nacija koje se protive njegovim interesima.</w:t>
      </w:r>
    </w:p>
    <w:p/>
    <w:p>
      <w:r>
        <w:rPr>
          <w:b/>
        </w:rPr>
        <w:t>Ključne poruke</w:t>
      </w:r>
    </w:p>
    <w:p>
      <w:pPr>
        <w:pStyle w:val="ListBullet"/>
      </w:pPr>
      <w:r>
        <w:t>Otprilike 50.000 migranata prešlo je u Ceutu u jednom danu u svibnju 2022., s 48.000 koji su otišli unutar nekoliko dana, što sugerira koordiniranu demonstraciju umjesto organske migracije.</w:t>
      </w:r>
    </w:p>
    <w:p>
      <w:pPr>
        <w:pStyle w:val="ListBullet"/>
      </w:pPr>
      <w:r>
        <w:t>Svjedočanstva migranata i sudjelovanje marokanske policije ukazuju na koordinaciju na razini vlade, pri čemu su policajci aktivno usmjeravali mlade muškarce prema pomorskom prijelazu.</w:t>
      </w:r>
    </w:p>
    <w:p>
      <w:pPr>
        <w:pStyle w:val="ListBullet"/>
      </w:pPr>
      <w:r>
        <w:t>Netanyahu je javno zaprijetio Španjolskoj kao odgovor na njezinu kritiku izraelskih politika, izjavivši 'tko napadne državu Izrael umjesto terorističkih režima, neće biti naš partner' i upozorivši na neposljedice za političku oporbu.</w:t>
      </w:r>
    </w:p>
    <w:p>
      <w:pPr>
        <w:pStyle w:val="ListBullet"/>
      </w:pPr>
      <w:r>
        <w:t>Netanyahuova izjava iz 2019. godine Španjolskoj izričito je priznala da Izrael financira nevladine organizacije koje pozivaju Maroko da povrati Ceutu i Melillu, prikazujući to kao ekvivalent međunarodnom pritisku na Izrael u vezi s Zapadnom obalom.</w:t>
      </w:r>
    </w:p>
    <w:p>
      <w:pPr>
        <w:pStyle w:val="ListBullet"/>
      </w:pPr>
      <w:r>
        <w:t>Gibraltar, koji pretežno kontrolira Španjolska, strateški je kritičan za regionalnu energetsku dominaciju Izraela i planove širenja; neprijateljska Španjolska koja kontrolira ovu vodu mogla bi ograničiti izraelske interese.</w:t>
      </w:r>
    </w:p>
    <w:p>
      <w:pPr>
        <w:pStyle w:val="ListBullet"/>
      </w:pPr>
      <w:r>
        <w:t>Čini se da je suradnja Maroka motivirana pristupom izraelskoj tehnologiji nadzora, sposobnostima umjetne inteligencije i naprednim obrambenim sustavima kao dijelom okvira Abrahamskih sporazuma.</w:t>
      </w:r>
    </w:p>
    <w:p>
      <w:pPr>
        <w:pStyle w:val="ListBullet"/>
      </w:pPr>
      <w:r>
        <w:t>Izraelski mediji su krizu okarakterizirali kao 'geopolitički potres' i izričito raspravljali o sposobnosti Izraela da iskoristi ranjivosti Španjolske u korist Maroka kroz koordiniranu migracijsku operaciju.</w:t>
      </w:r>
    </w:p>
    <w:p/>
    <w:p>
      <w:r>
        <w:rPr>
          <w:b/>
        </w:rPr>
        <w:t>Članak</w:t>
      </w:r>
    </w:p>
    <w:p>
      <w:r>
        <w:rPr>
          <w:b/>
          <w:color w:val="0F766E"/>
          <w:sz w:val="26"/>
        </w:rPr>
        <w:t>Migracijski događaj u Ceuti</w:t>
      </w:r>
    </w:p>
    <w:p/>
    <w:p>
      <w:r>
        <w:t>Jučer se u Ceuti, Španija, dogodila velika migracijska kriza. Tisuće migranata prešle su granicu u jednom događaju, a oko 50.000 ljudi prešlo je granicu tijekom jednog dana. Ovaj iznenadni priljev stvorio je trenutnu humanitarnu i sigurnosnu krizu. Ceuta je grad u Španiji s populacijom od samo oko 80.000 ljudi, pa je dolazak 50.000 migranata u tako kratkom vremenu predstavljao bezpresedentan događaj.</w:t>
      </w:r>
    </w:p>
    <w:p/>
    <w:p>
      <w:r>
        <w:t>Razmjeri ove krize pogoršani su prirodom unutarnjih granica Europe. Ceuta se nalazi unutar Schengenske zone, što znači da, kada migranti uđu na europsko tlo, mogu se relativno slobodno kretati po kontinentu uz minimalne granične provjere. Ovaj otvoreni pokret između zemalja stvorio je trenutnu paniku širom Europe. Italija je odgovorila zatvaranjem svojih granica prema Španiji, čime je zapravo prekinula izravne letove i otvorena putovanja između dviju zemalja. Italija je također surađivala s Francuskom kako bi osigurala svoje sjeverne granice kao odgovor na situaciju.</w:t>
      </w:r>
    </w:p>
    <w:p/>
    <w:p>
      <w:r>
        <w:rPr>
          <w:b/>
          <w:color w:val="0F766E"/>
          <w:sz w:val="26"/>
        </w:rPr>
        <w:t>Geografski kontekst i povijesna pozadina</w:t>
      </w:r>
    </w:p>
    <w:p/>
    <w:p>
      <w:r>
        <w:t>Položaj Ceute ključan je za razumijevanje ove krize. Mnogi ljudi pretpostavljaju da se Ceuta nalazi na europskom kopnu, ali zapravo se nalazi u sjevernoj Africi. Španija kontrolira Ceutu već stoljećima—konkretno od oko 1550. Tijekom svoje duge povijesti, Ceuta je bila pod kontrolom raznih sila, uključujući Rimljane, Bizantsko Carstvo i razne arapske imperije. Danas je populacija Ceute otprilike polovina kršćana i polovina muslimana, a stanovnici govore i španjolski i arapski te žive u relativnom skladu. Mali broj stanovnika grada učinio je iznenadni dolazak 50.000 migranata posebno disruptivnim.</w:t>
      </w:r>
    </w:p>
    <w:p/>
    <w:p>
      <w:r>
        <w:rPr>
          <w:b/>
          <w:color w:val="0F766E"/>
          <w:sz w:val="26"/>
        </w:rPr>
        <w:t>Organizirana priroda priljeva</w:t>
      </w:r>
    </w:p>
    <w:p/>
    <w:p>
      <w:r>
        <w:t>Ono što se ističe u ovom migracijskom događaju je da je otprilike 48.000 od 50.000 migranata već napustilo Ceutu. Snimke prikazuju migrante koji se prevoze autobusima i kamionima, a uniformirani službenici očito olakšavaju taj pokret. Ovaj obrazac postavlja značajna pitanja o organiziranoj prirodi događaja. Ljudi se obično ne prevoze masovno preko granica osim ako ne postoji koordinirani napor iza pokreta. Umjesto da se čini kao prirodna humanitarna kriza uzrokovana ratom ili katastrofom, događaj se čini osmišljenim i kontroliranim. Osim toga, migranti koji su prelazili granicu bili su pretežno mladići vojnog uzrasta—ne obitelji s ženama i djecom, što bi bilo tipično za organsku migraciju koja bježi od stvarne krize.</w:t>
      </w:r>
    </w:p>
    <w:p/>
    <w:p>
      <w:r>
        <w:rPr>
          <w:b/>
          <w:color w:val="0F766E"/>
          <w:sz w:val="26"/>
        </w:rPr>
        <w:t>Veza između Izraela i Maroka</w:t>
      </w:r>
    </w:p>
    <w:p/>
    <w:p>
      <w:r>
        <w:t>Analitičari su ukazali na Izrael i Maroko kao moguće koordinatore ovog događaja. Španija je sve kritičnija prema Izraelu, govoreći protiv izraelskih politika i prekidajući diplomatske veze. Netanyahu je javno odgovorio na španjolske kritike oštrim izjavama. U izjavi koja je očito napravljena putem AI-dubirane prijevoda, Netanyahu je izjavio: "Izrael neće šutjeti pred onima koji nas napadaju. Španija je klevetala naše junake, vojnike Izraelskih obrambenih snaga, vojnike najmoralanije vojske na svijetu, i stoga sam danas naredio da se predstavnici Španije protjeraju iz Koordinacijskog centra u Kiryat Gatu. Nakon što je Španija opet i opet odabrala da se suprotstavi Izraelu, tko god napadne državu Izrael umjesto terorističkih režima, tko god to učini neće biti naš partner. Ne želim tolerirati ovu hipokriziju i ovu neprijateljstvo. Ne namjeravam dopustiti nijednoj zemlji da vodi politički rat protiv nas bez da odmah plati cijenu za to."</w:t>
      </w:r>
    </w:p>
    <w:p/>
    <w:p>
      <w:r>
        <w:t>Ove izjave sugeriraju da Izrael kritiku Španije vidi kao izravnu neprijateljsku akciju i okvir migracijske krize kao oblik odmazde. Kada izraelske izjave impliciraju "to je ono što dobivate", sugerira to namjernu akciju kao odgovor na španjolske politike.</w:t>
      </w:r>
    </w:p>
    <w:p/>
    <w:p>
      <w:r>
        <w:rPr>
          <w:b/>
          <w:color w:val="0F766E"/>
          <w:sz w:val="26"/>
        </w:rPr>
        <w:t>Strateška važnost Gibraltarskog tjesnaca</w:t>
      </w:r>
    </w:p>
    <w:p/>
    <w:p>
      <w:r>
        <w:t>Razumijevanje strateške važnosti Ceute je ključno. Ceuta se nalazi na sjevernoj afričkoj strani Gibraltarskog tjesnaca, jednog od najvažnijih vodenih putova na svijetu. Španija kontrolira većinu tjesnaca, dok Ujedinjeno Kraljevstvo drži kontrolu nad samim Gibraltarom. Španija također kontrolira Melillu, još jednu španjolsku enklavu na afričkoj obali, i nekoliko drugih španjolskih teritorija u sjevernoj Africi. Ove enklave služe kao glavne luke kroz koje migranti i roba ulaze u Europu.</w:t>
      </w:r>
    </w:p>
    <w:p/>
    <w:p>
      <w:r>
        <w:t>Gibraltarski tjesnac postaje sve važniji u globalnoj geopolici. Dok Izrael teži regionalnoj energetskoj dominaciji, kontrola nad glavnim tjesnacima i vodenim putovima postaje strateški kritična. Ako Španija—zemlja kritična prema Izraelu i neprijateljski raspoložena prema izraelskim interesima—održi značajnu kontrolu nad ovim vitalnim vodenim putem, to bi moglo predstavljati probleme za buduće regionalne ambicije Izraela. Neprijateljska Španija koja kontrolira pristup Gibraltarskom tjesnacu mogla bi teoretski biti korištena za ograničavanje izraelskog izvoza energije ili regionalne ekspanzije. Ova strateška ranjivost daje Izraelu motivaciju da pritisne ili destabilizira španjolsku kontrolu nad regijom.</w:t>
      </w:r>
    </w:p>
    <w:p/>
    <w:p>
      <w:r>
        <w:rPr>
          <w:b/>
          <w:color w:val="0F766E"/>
          <w:sz w:val="26"/>
        </w:rPr>
        <w:t>Povijesni kontekst i Netanyahuova izjava iz 2019.</w:t>
      </w:r>
    </w:p>
    <w:p/>
    <w:p>
      <w:r>
        <w:t>Dokazi o namjerama Izraela prema Ceuti i Melilli pojavljuju se u izjavi Netanyahua iz 2019. koja se izravno obraća Španiji. Rekao je: "Dragi španjolski narode, vidim da ste se svi uzrujali. Ceuta i Melilla su mali teritoriji koje posjedujete preko mora na drugom kontinentu. Sada zamislite kako se mi osjećamo kada vaša vlada poziva Izrael da se odrekne Judeje i Samarije, Zapadne obale, koja je židovsko srce i mjesto rođenja prije više od 3.000 godina. To je u Bibliji. Provjerite. Judeja i Samarija su 15 kilometara udaljene od Tel Aviva, našeg ekonomskog središta, i prolaze kroz naš glavni grad, Jeruzalem. To je također polovica teritorija Izraela. Čak i s tim, otprilike smo veličine Palme de Mallorce. Dogovorimo se. Nećemo financirati nevladine organizacije u vašoj zemlji koje vas pozivaju da se odreknete Ceute i Melille, a vi ćete prestati financirati nevladine organizacije u našoj zemlji koje nas pozivaju da se odrekne Judeje i Samarije."</w:t>
      </w:r>
    </w:p>
    <w:p/>
    <w:p>
      <w:r>
        <w:t>Ova izjava je značajna jer Netanyahu izričito priznaje da Izrael financira nevladine organizacije u Španiji koje pozivaju na povratak Ceute i Melille Maroku. Okvira to kao ekvivalent međunarodnom pritisku na Izrael u vezi sa Zapadnom obalom, pokušavajući stvoriti moralnu ekvivalentnost između dviju situacija. Međutim, usporedba je problematična. Ceuta je bila pod raznim stranim kontrolama od rimskih vremena i nikada nije bila dio modernog marokanskog države—Maroko je postao neovisan tek 1950-ih. Zapadna obala, s druge strane, je palestinski teritorij s palestinskim stanovništvom. Situacije su temeljno različite, no Netanyahu ih predstavlja kao moralno ekvivalentne pregovaračke karte.</w:t>
      </w:r>
    </w:p>
    <w:p/>
    <w:p>
      <w:r>
        <w:rPr>
          <w:b/>
          <w:color w:val="0F766E"/>
          <w:sz w:val="26"/>
        </w:rPr>
        <w:t>Dodatni izraelski komentari</w:t>
      </w:r>
    </w:p>
    <w:p/>
    <w:p>
      <w:r>
        <w:t>Danny Danon, izraelski dužnosnik, također je komentirao krizu, rekavši: "Španija, koja nikada ne propušta priliku da predava Izraelu, proglasila je stanje nužde u Ceuti nakon krize oko svoje imigracijske politike. Možda bi prije nego što nastavi s predavanjima, trebala objasniti svijetu zašto još uvijek održava kolonijalne enklave u Africi." Ova izjava dodatno ukazuje na izraelsko zadovoljstvo situacijom u Španiji i oblikuje izraelsku perspektivu da Španija ne bi trebala kritizirati Izrael dok održava vlastite prekomorske teritorije.</w:t>
      </w:r>
    </w:p>
    <w:p/>
    <w:p>
      <w:r>
        <w:rPr>
          <w:b/>
          <w:color w:val="0F766E"/>
          <w:sz w:val="26"/>
        </w:rPr>
        <w:t>Uloga i motivacija Maroka</w:t>
      </w:r>
    </w:p>
    <w:p/>
    <w:p>
      <w:r>
        <w:t>Iako Španija i Maroko imaju određene povijesne napetosti, čini se da je primarna motivacija Maroka usklađena s izraelskim interesima, a ne isključivo ukorijenjena u sukobu sa Španijom. New York Times izvijestio je da su neki marokanski migranti rekli da su ih marokanske vlasti potaknule da pređu u Ceutu. To sugerira koordiniranu akciju na vladinoj razini. Usklađenost Maroka s Izraelom proizlazi iz strateških interesa: Maroko aktivno traži obrambene i sigurnosne sporazume s Izraelom, tražeći izraelsku tehnologiju nadzora, sposobnosti umjetne inteligencije i obrambene sustave. Kao dio ovih pregovora, Izrael je mogao zatražiti Marokovu pomoć u pritisku na Španiju kroz migrantsku krizu. Trenutni povratak 48.000 od 50.000 migranata dodatno sugerira da je ovo bila koordinirana demonstracija, a ne iskrena migracijska val, s mladim muškarcima koji su poticani da sudjeluju u onome što je predstavljalo političku demonstraciju snage.</w:t>
      </w:r>
    </w:p>
    <w:p/>
    <w:p>
      <w:r>
        <w:t>Brzi preokret—48.000 ljudi odlazi gotovo jednako brzo kao što su i stigli—ukazuje na to da su imigranti možda obaviješteni da je ovo privremena akcija, pozvani od strane vlasti da sudjeluju u prelasku granice prije povratka. Ovaj obrazac odgovara proizvedenoj političkoj krizi osmišljenoj da pokaže sposobnost Izraela i Maroka da destabiliziraju španjolski teritorij i pokažu posljedice za kritički stav Španije prema Izraelu.</w:t>
      </w:r>
    </w:p>
    <w:p/>
    <w:p>
      <w:r>
        <w:rPr>
          <w:b/>
          <w:color w:val="0F766E"/>
          <w:sz w:val="26"/>
        </w:rPr>
        <w:t>Prelazak Granice i Uključenost Marokanske Policije</w:t>
      </w:r>
    </w:p>
    <w:p/>
    <w:p>
      <w:r>
        <w:t>Svjedočanstva imigranata koji prelaze u Španiju otkrivaju koordinirani napor marokanskih vlasti. Mlađi muškarci u dvadesetima, uključujući jednog identificiranog kao Yosef, opisali su kako su u četvrtak prišli granici i kako su ih marokanski policajci usmjeravali. Prema tim svjedočanstvima, policajci su im neprekidno govorili "idite tim putem, idite tim putem", vodeći ih prema pomorskom prijelazu. Yosef je na kraju preplivao granicu, izvijestivši da je tijekom prelaska naišao na nekoliko mrtvih tijela u vodi. Otprilike 57 ljudi je poginulo pokušavajući ovaj prijelaz.</w:t>
      </w:r>
    </w:p>
    <w:p/>
    <w:p>
      <w:r>
        <w:t>Drugi migrant, Mohammed, 37, izjavio je da je o priljevu u Španiju saznao putem društvenih mreža i da su ga marokanski policajci potaknuli da također pređe u Španiju. Za mnoge od uključenih imigranata, prelazak se činio kao opuštena aktivnost, a ne kao ozbiljan pokušaj migracije. Opisivali su to kao "za zabavu, za šalu", s mentalitetom da mogu jednostavno otići u Španiju na dan i vratiti se. Većina onih koji su prešli se doista vratila u Maroko ubrzo nakon, što sugerira da je cijeli događaj bio osmišljen kao kratkotrajna incizija, a ne kao stvarni migracijski napor.</w:t>
      </w:r>
    </w:p>
    <w:p/>
    <w:p>
      <w:r>
        <w:rPr>
          <w:b/>
          <w:color w:val="0F766E"/>
          <w:sz w:val="26"/>
        </w:rPr>
        <w:t>Netanyahuove Teritorijalne Tvrdnje i Problem Ceute-Melille</w:t>
      </w:r>
    </w:p>
    <w:p/>
    <w:p>
      <w:r>
        <w:t>Izraelski premijer Benjamin Netanyahu objavio je tweet obraćajući se Arapima i Muslimanima, pitajući ih zašto ne pokušavaju povratiti ono što je karakterizirao kao okupirane arapske islamske teritorije. Podijelio je kartu koja ističe područja na sjevernoafričkom kontinentu pod kontrolom Španije, posebno se osvrćući na Ceutu i Melillu. U tweetu, Netanyahu je suštinski potaknuo arapske nacije da "oslobode" te teritorije iz španjolske kontrole, prikazujući ih kao kolonijalna vlasništva koja bi trebala biti povraćena.</w:t>
      </w:r>
    </w:p>
    <w:p/>
    <w:p>
      <w:r>
        <w:t>Međutim, povijesna točnost ovog okvira je upitna. Mnoge od tih teritorija nisu povijesno arapske zemlje. Iako su Arapi doselili u ta područja i mnogi stanovnici govore arapski, sami teritoriji nemaju isti povijesni arapski karakter koji implicira Netanyahuova retorika. Ipak, njegove javne izjave su se činile osmišljenima kako bi potaknule upravo onakvu inciziju na granici koja se dogodila u Španiji.</w:t>
      </w:r>
    </w:p>
    <w:p/>
    <w:p>
      <w:r>
        <w:rPr>
          <w:b/>
          <w:color w:val="0F766E"/>
          <w:sz w:val="26"/>
        </w:rPr>
        <w:t>Izraelsko-Marokansko Strateško Partnerstvo i Geopolitička Moć</w:t>
      </w:r>
    </w:p>
    <w:p/>
    <w:p>
      <w:r>
        <w:t>Članak iz Ynet-a, izraelske novinske organizacije, situaciju prikazuje u eksplicitno strateškim terminima. U tekstu se opisuje "geopolitički potres" koji utječe na odnos Washingtona s Madridom i navodi da je odbijanje Španije da omogući pristup vojnim bazama Sjedinjenim Državama tijekom operacija u Iranu, njezino neispunjavanje NATO-ovih ciljeva potrošnje na obranu, i konfrontacijski stav premijera Pedra Sancheza prema Trumpovoj administraciji stvorili "pukotinu u strateškom oklopu Španije oko Ceute i Melille."</w:t>
      </w:r>
    </w:p>
    <w:p/>
    <w:p>
      <w:r>
        <w:t>Prema analizi Ynet-a, Izrael je jedinstveno pozicioniran da iskoristi ovu ranjivost u korist Maroka. Članak eksplicitno raspravlja o tome kako su Abrahamovi sporazumi stvorili okvir za Izrael da pomogne Maroku u povratku španjolskih teritorija. Predloženi aranžman uključuje Izrael koji nudi Maroku tehnologiju nadzora i napredno obrambeno naoružanje—uključujući sustave nadzora i ciljanje temeljene na umjetnoj inteligenciji—u zamjenu za suradnju Maroka u vršenju pritiska na Španiju. Olakšavajući migracijske incizije i podržavajući Marokove teritorijalne ambicije, Izrael dobiva moć nad strateškim partnerom, dok istovremeno pokazuje svoju sposobnost destabilizacije nacija koje se ne usklađuju s njegovim interesima.</w:t>
      </w:r>
    </w:p>
    <w:p/>
    <w:p>
      <w:r>
        <w:rPr>
          <w:b/>
          <w:color w:val="0F766E"/>
          <w:sz w:val="26"/>
        </w:rPr>
        <w:t>Širi obrazac migracija i geopolitičkog pritiska</w:t>
      </w:r>
    </w:p>
    <w:p/>
    <w:p>
      <w:r>
        <w:t>Ovaj incident uklapa se u širi obrazac izraelskog utjecaja na europsku migracijsku politiku. Kritičari tvrde da Izrael dosljedno podržava povećane migracijske tokove u Europu i Sjedinjene Države kao dio šire geopolitičke strategije. Prema tim tvrdnjama, izraelski dužnosnici javno tvrde da njihove vojne operacije na Bliskom istoku zapravo sprječavaju još veće valove arapske muslimanske migracije u zapadne zemlje. Međutim, logika ove pozicije je proturječna: ratovi koje vodi Izrael na Bliskom istoku sami su generirali masovno raseljavanje i izbjegličke tokove koji su rezultirali značajnom arapskom i muslimanskom migracijom u Europu i Sjevernu Ameriku.</w:t>
      </w:r>
    </w:p>
    <w:p/>
    <w:p>
      <w:r>
        <w:t>Ova proturječnost prikazana je kao fundamentalno dvolična. Argument sugerira da Izrael istovremeno uzrokuje same migracijske krize koje tvrdi da sprječava, dok prijetnju daljnjom migracijom koristi kao alat za održavanje političkog utjecaja i izvlačenje strateških ustupaka od drugih nacija. U kontekstu incidenta u Španjolskoj, ovaj obrazac čini se manifestira kao Izrael koji koristi svoje partnerstvo s Marokom za orkestriranje migracijske krize kao demonstraciju moći—način da pokaže Španiji i drugim nacijama što Izrael može učiniti njima ako se ne pridržavaju izraelskih interesa.</w:t>
      </w:r>
    </w:p>
    <w:p/>
    <w:p>
      <w:r>
        <w:rPr>
          <w:b/>
          <w:color w:val="0F766E"/>
          <w:sz w:val="26"/>
        </w:rPr>
        <w:t>Neuspjela incizija i njezine strateške posljedice</w:t>
      </w:r>
    </w:p>
    <w:p/>
    <w:p>
      <w:r>
        <w:t>Kada su migranti stigli u Španjolsku, našli su minimalne dostupne resurse. Prema izvještajima, nije bilo hrane ili ekonomskih prilika, što je većinu njih potaknulo da se vrate u Maroko. Operacija je tako neuspjela u smislu stvaranja održivog migracijskog vala, ali je njezina simbolička vrijednost ostala netaknuta. Incizija je poslužila kao ono što jedna analiza opisuje kao Izrael "pokazuje svoje mišiće"—demonstracija sposobnosti i upozorenje drugim nacijama. Bilo namjerno ili ne, poruka je bila da Izrael i njegovi partneri mogu destabilizirati europske nacije kroz koordinirane akcije.</w:t>
      </w:r>
    </w:p>
    <w:p/>
    <w:p>
      <w:r>
        <w:t>Marokanska spremnost za sudjelovanje u ovom aranžmanu pripisuje se njegovoj želji za izraelskom sigurnosnom tehnologijom i naprednim obrambenim sustavima. Suradnjom s Izraelom na operacijama usmjerenim na Španjolsku, Maroko dobiva pristup sofisticiranim sustavima nadzora i vojnim sredstvima, dok istovremeno unapređuje svoje dugogodišnje teritorijalne zahtjeve protiv španjolskih posjeda u Sjevernoj Africi. Međutim, ovo partnerstvo nosi rizike. Analiza sugerira da bi nacije koje ulaze u sporazume s Izraelom trebale biti oprezne, jer Izraelova praksa sugerira da stavlja vlastite interese iznad stabilnosti ili prosperiteta svojih partnera.</w:t>
      </w:r>
    </w:p>
    <w:p/>
    <w:p>
      <w:r>
        <w:rPr>
          <w:b/>
          <w:color w:val="0F766E"/>
          <w:sz w:val="26"/>
        </w:rPr>
        <w:t>Zaključak: Španija kao meta izraelskog pritiska</w:t>
      </w:r>
    </w:p>
    <w:p/>
    <w:p>
      <w:r>
        <w:t>Dostupni dokazi sugeriraju da su Izrael i Maroko koordinirali migracijsku inciziju u Španiju kao dio šire strategije pritiska na Španiju zbog njenog stava protiv izraelskih politika. Španijina odbijanja pružanja vojne podrške i njezin diplomatski otpor izraelskim interesima stvorili su priliku koju je Izrael iskoristio kroz svoje partnerstvo s Marokom. Umjesto da se ovo gleda kao izolirani incident, treba ga razumjeti kao dio sistematskog obrasca u kojem Izrael koristi svoje diplomatske i vojne partnerstva za destabilizaciju ili pritisak na nacije koje se ne usklađuju s njegovim strateškim ciljevima. Za europske nacije, ovaj obrazac sugerira potrebu za oprezom u njihovim odnosima s Izraelom i za preispitivanje služe li izraelska partnerstva europskim interesima ili prvenstveno unapređuju izraelske strateške ciljeve na račun Europe.</w:t>
      </w:r>
    </w:p>
    <w:p/>
    <w:p>
      <w:r>
        <w:rPr>
          <w:b/>
        </w:rPr>
        <w:t>Reference i teme</w:t>
      </w:r>
    </w:p>
    <w:p>
      <w:r>
        <w:t>Teme: #Migracijska kriza u Ceuti 2022., #Koordinacija Izraela i Maroka, #Geopolitička strategija i prisila, #Strateška kontrola Gibraltarskog prolaza, #Napetosti između Španjolske i Izraela, #Migracija kao politički alat, #Izjave Netanyahua i teritorijalni zahtjevi</w:t>
      </w:r>
    </w:p>
    <w:p/>
    <w:p>
      <w:r>
        <w:rPr>
          <w:i/>
          <w:color w:val="94A3B8"/>
          <w:sz w:val="16"/>
        </w:rPr>
        <w:t>Generated by MinbarLive — Knowledge Library · https://minbarlive.com/videos/hr/izrael-je-potopio-spanjolsku-migrantima-kako-bi-ukazao-na-problem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