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Israeli strikes killed at least 57 Palestinians, including six children and eight women, from July 13 to 20</w:t>
      </w:r>
    </w:p>
    <w:p>
      <w:r>
        <w:rPr>
          <w:b/>
        </w:rPr>
        <w:t xml:space="preserve">Govornik: </w:t>
      </w:r>
      <w:r>
        <w:t>Middle East Eye</w:t>
      </w:r>
    </w:p>
    <w:p>
      <w:r>
        <w:rPr>
          <w:b/>
        </w:rPr>
        <w:t xml:space="preserve">Izvor: </w:t>
      </w:r>
      <w:r>
        <w:rPr>
          <w:color w:val="0F766E"/>
        </w:rPr>
        <w:t>https://minbarlive.com/videos/israeli-strikes-killed-at-least-57-palestinians-including-six-children-and-eight</w:t>
      </w:r>
    </w:p>
    <w:p/>
    <w:p>
      <w:r>
        <w:rPr>
          <w:i/>
        </w:rPr>
        <w:t>UN human rights officials report that Israeli military strikes killed at least 57 Palestinians, including six children and eight women, between July 13–20 in Gaza. The attacks targeted residential buildings and displacement camps, raising serious concerns about violations of international humanitarian law and potential war crimes.</w:t>
      </w:r>
    </w:p>
    <w:p/>
    <w:p>
      <w:r>
        <w:rPr>
          <w:b/>
        </w:rPr>
        <w:t>Sažetak</w:t>
      </w:r>
    </w:p>
    <w:p>
      <w:r>
        <w:t>A UN Office of the High Commissioner for Human Rights statement documents escalating Israeli military operations in Gaza nine months after a ceasefire announcement. The office verified that Israeli forces killed at least 57 Palestinians from July 13 to 20, among them six children and eight women, with 34 deaths occurring far from the Israeli-imposed yellow line. The attacks struck residential buildings, tents sheltering internally displaced people, and other crowded civilian areas. The UN has verified 685 Palestinian deaths from October 2025 to mid-April 2026, while the Palestinian Ministry of Health reports over 1,100 deaths since October 2025. Officials warn that the killings raise serious concerns about violations of international humanitarian law and potential war crimes, noting that civilians in Gaza remain trapped in an ever-shrinking area as the yellow line is continuously moved westward, and that Palestinians are routinely fired upon for mere presence near that line in violation of international human rights and humanitarian law.</w:t>
      </w:r>
    </w:p>
    <w:p/>
    <w:p>
      <w:r>
        <w:rPr>
          <w:b/>
        </w:rPr>
        <w:t>Ključne poruke</w:t>
      </w:r>
    </w:p>
    <w:p>
      <w:pPr>
        <w:pStyle w:val="ListBullet"/>
      </w:pPr>
      <w:r>
        <w:t>Israeli military strikes from July 13–20 killed at least 57 Palestinians, including six children and eight women, with 34 deaths occurring far from the Israeli-imposed yellow line.</w:t>
      </w:r>
    </w:p>
    <w:p>
      <w:pPr>
        <w:pStyle w:val="ListBullet"/>
      </w:pPr>
      <w:r>
        <w:t>The UN Office of the High Commissioner for Human Rights has verified 685 Palestinian deaths from October 2025 to mid-April 2026, while Palestinian authorities report over 1,100 deaths since October 2025.</w:t>
      </w:r>
    </w:p>
    <w:p>
      <w:pPr>
        <w:pStyle w:val="ListBullet"/>
      </w:pPr>
      <w:r>
        <w:t>Attacks targeted residential buildings, tents sheltering internally displaced people, and other crowded civilian areas.</w:t>
      </w:r>
    </w:p>
    <w:p>
      <w:pPr>
        <w:pStyle w:val="ListBullet"/>
      </w:pPr>
      <w:r>
        <w:t>The killings raise serious concerns about violations of international humanitarian law, war crimes, and other possible atrocity crimes under international law.</w:t>
      </w:r>
    </w:p>
    <w:p>
      <w:pPr>
        <w:pStyle w:val="ListBullet"/>
      </w:pPr>
      <w:r>
        <w:t>Under international humanitarian law, deliberately attacking civilians constitutes a war crime.</w:t>
      </w:r>
    </w:p>
    <w:p>
      <w:pPr>
        <w:pStyle w:val="ListBullet"/>
      </w:pPr>
      <w:r>
        <w:t>The Palestinian population in Gaza remains trapped in an ever-shrinking area as the yellow line is continuously moved westward by Israeli military forces.</w:t>
      </w:r>
    </w:p>
    <w:p>
      <w:pPr>
        <w:pStyle w:val="ListBullet"/>
      </w:pPr>
      <w:r>
        <w:t>Israeli military forces routinely fire on Palestinians for mere presence in the vicinity of the yellow line, in violation of both international human rights law and international humanitarian law.</w:t>
      </w:r>
    </w:p>
    <w:p/>
    <w:p>
      <w:r>
        <w:rPr>
          <w:b/>
        </w:rPr>
        <w:t>Članak</w:t>
      </w:r>
    </w:p>
    <w:p>
      <w:r>
        <w:rPr>
          <w:b/>
          <w:color w:val="0F766E"/>
          <w:sz w:val="26"/>
        </w:rPr>
        <w:t>Escalating Military Operations in Gaza</w:t>
      </w:r>
    </w:p>
    <w:p/>
    <w:p>
      <w:r>
        <w:t>The Israeli military has intensified its attacks in Gaza in recent days, killing and injuring dozens of Palestinians—children, women, and men. These attacks have struck residential buildings, at least one tent sheltering internally displaced people, and other crowded areas. This escalation continues nine months after the announcement of a ceasefire. Despite that pause, nowhere remains safe for Palestinians in Gaza.</w:t>
      </w:r>
    </w:p>
    <w:p/>
    <w:p>
      <w:r>
        <w:rPr>
          <w:b/>
          <w:color w:val="0F766E"/>
          <w:sz w:val="26"/>
        </w:rPr>
        <w:t>Documentation of Deaths and Casualties</w:t>
      </w:r>
    </w:p>
    <w:p/>
    <w:p>
      <w:r>
        <w:t>The Palestinian Ministry of Health has reported that over 1,100 Palestinians have been killed since October 2025 by the Israeli military. The UN Office of the High Commissioner for Human Rights has so far verified the killing of 685 Palestinians from October 2025 to mid-April 2026, including 283 women and children. Specifically, from July 13 to 20 alone, the office recorded that the Israeli military killed at least 57 Palestinians, including six children and eight women. Among these victims, 34 were killed far away from the Israeli-imposed yellow line.</w:t>
      </w:r>
    </w:p>
    <w:p/>
    <w:p>
      <w:r>
        <w:rPr>
          <w:b/>
          <w:color w:val="0F766E"/>
          <w:sz w:val="26"/>
        </w:rPr>
        <w:t>**International Humanitarian Law** Concerns</w:t>
      </w:r>
    </w:p>
    <w:p/>
    <w:p>
      <w:r>
        <w:t>The killing of civilians in these attacks raises serious concerns of continuing violations of international humanitarian law, war crimes, and other possible atrocity crimes in Gaza. Under international humanitarian law, deliberately attacking civilians constitutes a war crime. The Palestinian population in Gaza remains trapped in an ever-shrinking area, with the yellow line constantly being moved westwards by the Israeli occupying power, presenting a continuous threat to life. The Israeli military appears to routinely fire on Palestinians for mere presence in the vicinity of that line, in violation of both international human rights law and international humanitarian law.</w:t>
      </w:r>
    </w:p>
    <w:p/>
    <w:p>
      <w:r>
        <w:rPr>
          <w:b/>
        </w:rPr>
        <w:t>Reference i teme</w:t>
      </w:r>
    </w:p>
    <w:p>
      <w:r>
        <w:t>Teme: #Gaza conflict, #International humanitarian law, #War crimes allegations, #Israeli military operations, #Civilian casualties, #UN human rights documentation, #International law violations</w:t>
      </w:r>
    </w:p>
    <w:p/>
    <w:p>
      <w:r>
        <w:rPr>
          <w:i/>
          <w:color w:val="94A3B8"/>
          <w:sz w:val="16"/>
        </w:rPr>
        <w:t>Generated by MinbarLive — Knowledge Library · https://minbarlive.com/videos/israeli-strikes-killed-at-least-57-palestinians-including-six-children-and-eight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