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Isreal documentary - Hannibal Directive, ordering Gaza destroyed along with the Israeli captives still insid</w:t>
      </w:r>
    </w:p>
    <w:p>
      <w:r>
        <w:rPr>
          <w:b/>
        </w:rPr>
        <w:t xml:space="preserve">Izvor: </w:t>
      </w:r>
      <w:r>
        <w:rPr>
          <w:color w:val="0F766E"/>
        </w:rPr>
        <w:t>https://minbarlive.com/videos/isreal-documentary-hannibal-directive-ordering-gaza-destroyed-along-with-the-isr</w:t>
      </w:r>
    </w:p>
    <w:p/>
    <w:p>
      <w:r>
        <w:rPr>
          <w:i/>
        </w:rPr>
        <w:t>A documentary analysis presenting video evidence and testimonies alleging that the Israeli military deployed the Hannibal directive on October 7, 2023—a secret protocol authorizing lethal force against hostage-takers even at the cost of Israeli lives—and examines the military response timeline and casualty patterns that suggest its activation.</w:t>
      </w:r>
    </w:p>
    <w:p/>
    <w:p>
      <w:r>
        <w:rPr>
          <w:b/>
        </w:rPr>
        <w:t>Sažetak</w:t>
      </w:r>
    </w:p>
    <w:p>
      <w:r>
        <w:t>This documentary presents an investigative examination of events on October 7, 2023, and the alleged deployment of the Hannibal directive by the Israeli military. The speaker challenges the official narrative by presenting documentary footage of a high-ranking Israeli official discussing military operations and acknowledging awareness of the directive. The Hannibal directive is explained as a secret Israeli military order designed to prevent kidnappings by neutralizing captors and hostages alike, derived from a 1986 incident and previously activated in 2003 in Lebanon. The analysis examines physical evidence from the Nova Music Festival highway—rows of incinerated vehicles—arguing the destruction patterns match Apache helicopter firepower rather than light arms, consistent with directive activation. The speaker also addresses the seven-hour gap in Israel's coordinated military response, raising questions about command decisions. Former Defense Minister Yoav Gallant's Hebrew-language acknowledgment that the directive was deployed in some locations is cited as official admission. The presentation emphasizes that most documentary evidence, testimonies, and official statements remain in Hebrew and largely inaccessible to English-speaking audiences, creating an information gap about what occurred on October 7.</w:t>
      </w:r>
    </w:p>
    <w:p/>
    <w:p>
      <w:r>
        <w:rPr>
          <w:b/>
        </w:rPr>
        <w:t>Ključne poruke</w:t>
      </w:r>
    </w:p>
    <w:p>
      <w:pPr>
        <w:pStyle w:val="ListBullet"/>
      </w:pPr>
      <w:r>
        <w:t>The Hannibal directive is a secret Israeli military protocol authorizing lethal force against kidnappers even if Israeli hostages are killed, named after the Carthaginian general and drafted following a 1986 Hamas kidnapping of three Israeli soldiers demanding 1,150 Palestinian prisoners in exchange.</w:t>
      </w:r>
    </w:p>
    <w:p>
      <w:pPr>
        <w:pStyle w:val="ListBullet"/>
      </w:pPr>
      <w:r>
        <w:t>Documentary video footage captured a high-ranking Israeli official in a military police command center on October 7 discussing operations and explicitly coordinating the directive, demanding the camera be removed when he became aware of recording.</w:t>
      </w:r>
    </w:p>
    <w:p>
      <w:pPr>
        <w:pStyle w:val="ListBullet"/>
      </w:pPr>
      <w:r>
        <w:t>Physical evidence from the Nova Music Festival highway shows rows of incinerated vehicles with melted engine blocks consistent with Apache helicopter Hellfire missiles and autocannon fire, not AK-47 or RPG fire from Hamas fighters.</w:t>
      </w:r>
    </w:p>
    <w:p>
      <w:pPr>
        <w:pStyle w:val="ListBullet"/>
      </w:pPr>
      <w:r>
        <w:t>Israeli tanks shelled civilian homes inside kibbutz communities occupied by hostages, killing Israeli civilians alongside Hamas fighters, a pattern consistent with Hannibal directive activation.</w:t>
      </w:r>
    </w:p>
    <w:p>
      <w:pPr>
        <w:pStyle w:val="ListBullet"/>
      </w:pPr>
      <w:r>
        <w:t>A seven-hour gap exists between the October 7 attack and the Israeli military's coordinated response despite Apache helicopters being immediately deployed, raising questions about command decisions and official stand-down orders.</w:t>
      </w:r>
    </w:p>
    <w:p>
      <w:pPr>
        <w:pStyle w:val="ListBullet"/>
      </w:pPr>
      <w:r>
        <w:t>Former Defense Minister Yoav Gallant admitted in Hebrew that the Hannibal directive was deployed in some locations on October 7, contradicting the Israeli government's official denial of the directive's use.</w:t>
      </w:r>
    </w:p>
    <w:p>
      <w:pPr>
        <w:pStyle w:val="ListBullet"/>
      </w:pPr>
      <w:r>
        <w:t>The majority of documentary evidence, testimonies, and official statements regarding the Hannibal directive remain in Hebrew and have not been systematically translated or broadcast to English-speaking audiences, creating a deliberate information gap.</w:t>
      </w:r>
    </w:p>
    <w:p/>
    <w:p>
      <w:r>
        <w:rPr>
          <w:b/>
        </w:rPr>
        <w:t>Članak</w:t>
      </w:r>
    </w:p>
    <w:p>
      <w:r>
        <w:rPr>
          <w:b/>
          <w:color w:val="0F766E"/>
          <w:sz w:val="26"/>
        </w:rPr>
        <w:t>The Official Narrative Under Question</w:t>
      </w:r>
    </w:p>
    <w:p/>
    <w:p>
      <w:r>
        <w:t xml:space="preserve">For nearly three years, the public has been presented with a highly sanitized, strictly official narrative about what occurred in Israel on October 7. A very specific story has been told repeatedly. Anyone who stepped outside that narrative, anyone who asked logical questions about how one of the most advanced militaries on Earth stood down for seven hours while its own citizens were attacked and killed, was immediately branded with familiar terms—conspiracy theorist, anti-Semitic. But when the official narrative begins to splinter under the weight of actual evidence, the questions become unavoidable. New documentary footage has emerged from Israel showing raw video of a high-ranking Israeli official caught on camera in the chaos of October 7, speaking in Hebrew and explicitly coordinating what can only be described as the </w:t>
      </w:r>
      <w:r>
        <w:rPr>
          <w:b/>
        </w:rPr>
        <w:t>Hannibal directive</w:t>
      </w:r>
      <w:r>
        <w:t>.</w:t>
      </w:r>
    </w:p>
    <w:p/>
    <w:p>
      <w:r>
        <w:t>The footage captures a tense moment in a military police command center. The official can be heard discussing military operations in Gaza, speaking about breaking things apart and hitting targets with artillery. At one critical moment, he becomes aware of the camera and says, "Please take this out"—demanding the footage be removed. This reaction is telling: why would a government minister, in the middle of a national crisis, panic over a camera capturing tactical discussions only to be viewed later? What were they trying to hide? The answer lies in what was being discussed: the command to "break it all apart, along with the soldiers who were abducted." That phrase encapsulates the Hannibal directive.</w:t>
      </w:r>
    </w:p>
    <w:p/>
    <w:p>
      <w:r>
        <w:rPr>
          <w:b/>
          <w:color w:val="0F766E"/>
          <w:sz w:val="26"/>
        </w:rPr>
        <w:t>Understanding the Hannibal Directive</w:t>
      </w:r>
    </w:p>
    <w:p/>
    <w:p>
      <w:r>
        <w:t>The Hannibal directive is a secret field order drafted by the Israeli military to prevent future kidnappings of soldiers. It gets its name from the Carthaginian general who chose to poison himself rather than allow himself to be captured alive by the Romans. The directive dictates that if an Israeli soldier or citizen is on the verge of being captured or taken hostage, or if they are already captured by enemy forces, the military's priority is to neutralize the kidnapping at all costs—even if it means killing any and all Israeli hostages alongside their captors. It is designed to prevent enemy factions from gaining leverage in future prisoner exchange negotiations.</w:t>
      </w:r>
    </w:p>
    <w:p/>
    <w:p>
      <w:r>
        <w:t>To understand why such a directive exists, context matters. There are over 10,000 Palestinians in Israeli jails, 3,000 of whom have not been to trial or charged with a crime. When militant groups manage to capture Israeli civilians or soldiers, it gives them leverage to force a prisoner swap and to secure the release of some of their people from Israeli prison. For example, in 1986, Hamas managed to kidnap three Israeli soldiers and bring them into Gaza, demanding 1,150 Palestinian prisoners in return. Following that incident, the military drafted the Hannibal directive in response.</w:t>
      </w:r>
    </w:p>
    <w:p/>
    <w:p>
      <w:r>
        <w:t>The directive was put into action before. In 2003, on October 7 of that year, three Israeli soldiers were taken hostage and brought into Lebanon. When the Hannibal directive was activated, IDF attack helicopters fired indiscriminately on 26 vehicles, ensuring the death of their own soldiers and robbing Lebanese militants of the ability to demand that Israel make concessions. The Israeli government officially claims they canceled this directive in 2016, deeming it too brutal and too unethical. However, all evidence pointing to October 7, 2023, tells a completely different story.</w:t>
      </w:r>
    </w:p>
    <w:p/>
    <w:p>
      <w:r>
        <w:rPr>
          <w:b/>
          <w:color w:val="0F766E"/>
          <w:sz w:val="26"/>
        </w:rPr>
        <w:t>The Evidence on the Ground: The Highway from Nova</w:t>
      </w:r>
    </w:p>
    <w:p/>
    <w:p>
      <w:r>
        <w:t>For months, mainstream media broadcasted horrifying images of a highway leading away from the Nova Music Festival where the attacks first started. The footage showed rows upon rows of cars—not just burned, but completely incinerated. Many of those cars were melted. The media narrative was instantaneous and consistent: "Hamas did this. Hamas torched these cars." This became a major part of the justification offered for why extreme brutality was later deemed justified in Gaza.</w:t>
      </w:r>
    </w:p>
    <w:p/>
    <w:p>
      <w:r>
        <w:t>But basic logic reveals problems with that explanation. The Hamas fighters who crossed the border came on motorcycles and pickup trucks carrying AK-47s and light rocket-propelled grenades. An AK-47 fires small lead bullets; it cannot vaporize a row of sedans. It cannot melt engine blocks. It does not possess the capability to turn an entire highway into a graveyard of melted steel. What can do that, however, is Hellfire missiles and autocannons—the type of heavy weapons deployed by Israeli Apache helicopters. The evidence on the ground matches what would result from such firepower, not from small arms fire.</w:t>
      </w:r>
    </w:p>
    <w:p/>
    <w:p>
      <w:r>
        <w:t>Additionally, there were instances inside multiple kibbutz communities where Israeli tanks shelled civilian homes full of hostages, killing Israelis inside in order to eliminate the Hamas fighters who were holding them. This pattern is consistent with the activation of the Hannibal directive—neutralizing the threat at all costs, regardless of the cost to Israeli civilians. The question of why the Israeli military took seven hours to launch a coordinated defense becomes even more critical when Apache helicopters were immediately greenlit to shell fleeing vehicles headed toward Gaza.</w:t>
      </w:r>
    </w:p>
    <w:p/>
    <w:p>
      <w:r>
        <w:rPr>
          <w:b/>
          <w:color w:val="0F766E"/>
          <w:sz w:val="26"/>
        </w:rPr>
        <w:t>The Seven-Hour Gap</w:t>
      </w:r>
    </w:p>
    <w:p/>
    <w:p>
      <w:r>
        <w:t>The delay in Israeli military response remains a central question. Israel is the size of New Jersey. A helicopter ride from Jerusalem to the Gaza border takes approximately 45 minutes. Yet the coordinated military response took seven hours. Did somebody in the government say "stand-down"? This is a straightforward question—not a conspiracy theory, but a legitimate inquiry that any competent journalist should ask. It is a non-conspiracy question in the most basic sense: it simply asks whether there was an official order delaying response.</w:t>
      </w:r>
    </w:p>
    <w:p/>
    <w:p>
      <w:r>
        <w:t>For months, only a select few observers were willing to ask these questions—people who refused to accept the corporate media script. But those who did ask faced immense and vicious pushback from the establishment.</w:t>
      </w:r>
    </w:p>
    <w:p/>
    <w:p>
      <w:r>
        <w:rPr>
          <w:b/>
          <w:color w:val="0F766E"/>
          <w:sz w:val="26"/>
        </w:rPr>
        <w:t>Official Admissions and Denials</w:t>
      </w:r>
    </w:p>
    <w:p/>
    <w:p>
      <w:r>
        <w:t>Despite the Israeli government's official denial that the Hannibal directive was deployed on October 7, evidence exists directly from the mouths of Israeli officials themselves. Former Defense Minister Yoav Gallant, when cornered on this exact topic just over a year ago, stated in Hebrew that in some places the directive was given and in other places it was not given, and acknowledged this as "a problem." He admits the use of the Hannibal directive on October 7. Yet when independent journalists pointed to these words a year ago, they were ignored and discredited. Today, the Israeli government still officially denies it, claiming they do not recognize that directive. But the footage does not lie, and the images do not lie.</w:t>
      </w:r>
    </w:p>
    <w:p/>
    <w:p>
      <w:r>
        <w:t>The evidence has accumulated from multiple sources: documentary footage, insider testimonies, internal reports, and statements from politicians themselves. All of it is presented in Hebrew. Virtually none of it has been broadcast in English—the language spoken by Western audiences. This is entirely by design. These secrets were not meant for American eyes or for American ears. The information has remained largely inaccessible to English-speaking audiences precisely because of the language barrier and the selective distribution of translated material by mainstream media outlets.</w:t>
      </w:r>
    </w:p>
    <w:p/>
    <w:p>
      <w:r>
        <w:rPr>
          <w:b/>
          <w:color w:val="0F766E"/>
          <w:sz w:val="26"/>
        </w:rPr>
        <w:t>The Question Ahead</w:t>
      </w:r>
    </w:p>
    <w:p/>
    <w:p>
      <w:r>
        <w:t>The question is no longer whether the Hannibal directive was deployed on October 7. The evidence proves it was. The real question now is: what will the world do with this truth? Every single piece of explosive evidence presented here—the documentary footage, the insider testimonies, the internal reports, the statements from politicians—remains largely unknown to English-speaking audiences because it has not been systematically translated and broadcast. The information gap is not accidental; it reflects choices about what information reaches the public and what remains confined to Hebrew-language sources and limited circles.</w:t>
      </w:r>
    </w:p>
    <w:p/>
    <w:p>
      <w:r>
        <w:t>The scope of what has been systematically withheld from international audiences is substantial. The missing explanations for military actions, the catastrophic and inexplicable failures in the official timeline, and the discrepancies between the stated narrative and the documented evidence—all of these have accumulated over three years.</w:t>
      </w:r>
    </w:p>
    <w:p/>
    <w:p>
      <w:r>
        <w:rPr>
          <w:b/>
        </w:rPr>
        <w:t>Reference i teme</w:t>
      </w:r>
    </w:p>
    <w:p>
      <w:r>
        <w:t>Teme: #October 7 military response, #Hannibal directive, #Israeli military operations, #Gaza conflict accountability, #Hostage situation and military protocol, #Documentary evidence and testimony, #Media narrative and information access</w:t>
      </w:r>
    </w:p>
    <w:p/>
    <w:p>
      <w:r>
        <w:rPr>
          <w:i/>
          <w:color w:val="94A3B8"/>
          <w:sz w:val="16"/>
        </w:rPr>
        <w:t>Generated by MinbarLive — Knowledge Library · https://minbarlive.com/videos/isreal-documentary-hannibal-directive-ordering-gaza-destroyed-along-with-the-isr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