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Jewish Migration from the Muslim World: Historical Context and Israel's Role</w:t>
      </w:r>
    </w:p>
    <w:p>
      <w:r>
        <w:rPr>
          <w:b/>
        </w:rPr>
        <w:t xml:space="preserve">Izvor: </w:t>
      </w:r>
      <w:r>
        <w:rPr>
          <w:color w:val="0F766E"/>
        </w:rPr>
        <w:t>https://minbarlive.com/videos/jewish-migration-from-the-muslim-world-historical-context-and-israel-s-role</w:t>
      </w:r>
    </w:p>
    <w:p/>
    <w:p>
      <w:r>
        <w:rPr>
          <w:i/>
        </w:rPr>
        <w:t>This talk examines the historical decline of Jewish populations in the Middle East and North Africa—from nearly one million to fewer than 13,000—arguing that the cause was not persecution by Muslims but rather deliberate Israeli efforts including false-flag bombings, propaganda, economic incentives, and government payments to encourage Jewish emigration.</w:t>
      </w:r>
    </w:p>
    <w:p/>
    <w:p>
      <w:r>
        <w:rPr>
          <w:b/>
        </w:rPr>
        <w:t>Sažetak</w:t>
      </w:r>
    </w:p>
    <w:p>
      <w:r>
        <w:t>The speaker challenges the narrative that Jews faced genocide in the Muslim world and required Israel for safety. Drawing on historical evidence, the speaker argues that Jews were generally treated well under Islamic rule for centuries, citing Al-Andalus as a 'golden age' and noting that Muslims protected Jews during the Holocaust, including Mohammed V of Morocco's refusal to deport 250,000 Jews. The speaker then contends that the dramatic decline in Middle Eastern and North African Jewish populations resulted not from Muslim antisemitism but from Israeli state action: including the 1950–1951 Zionist bombings (false-flag attacks targeting Jews), targeted propaganda and youth clubs promising opportunity, direct payments to the Moroccan government for each Jewish emigrant, and the economic pull of a newly established state backed by Western support. The speaker, identifying as an immigration lawyer, emphasizes that even where propaganda failed, economic disparity and foreign intervention—rather than local hostility—drove emigration. Testimony from a Moroccan Jew who returned confirms that Muslims were not attacking Jews or forcing them to leave.</w:t>
      </w:r>
    </w:p>
    <w:p/>
    <w:p>
      <w:r>
        <w:rPr>
          <w:b/>
        </w:rPr>
        <w:t>Ključne poruke</w:t>
      </w:r>
    </w:p>
    <w:p>
      <w:pPr>
        <w:pStyle w:val="ListBullet"/>
      </w:pPr>
      <w:r>
        <w:t>Jewish populations in the Middle East and North Africa declined from approximately one million to fewer than 13,000, but this was not due to Muslim persecution but to Israeli-sponsored emigration efforts.</w:t>
      </w:r>
    </w:p>
    <w:p>
      <w:pPr>
        <w:pStyle w:val="ListBullet"/>
      </w:pPr>
      <w:r>
        <w:t>Historically, Jews were treated relatively well in Islamic societies, with Al-Andalus (medieval Spain and Portugal) representing a 'golden age' where Jews held government positions and made scientific and theological advances.</w:t>
      </w:r>
    </w:p>
    <w:p>
      <w:pPr>
        <w:pStyle w:val="ListBullet"/>
      </w:pPr>
      <w:r>
        <w:t>Muslims actively protected Jews during the Holocaust, including Mohammed V of Morocco, who refused French demands to deport 250,000 Jews to concentration camps.</w:t>
      </w:r>
    </w:p>
    <w:p>
      <w:pPr>
        <w:pStyle w:val="ListBullet"/>
      </w:pPr>
      <w:r>
        <w:t>Between 1950 and 1951, Zionist organisations carried out false-flag bombings targeting Jews to force emigration to Israel.</w:t>
      </w:r>
    </w:p>
    <w:p>
      <w:pPr>
        <w:pStyle w:val="ListBullet"/>
      </w:pPr>
      <w:r>
        <w:t>Israel deployed multiple non-violent tactics to encourage Jewish emigration: propaganda campaigns, establishment of youth clubs promising better opportunities, and direct financial payments to governments like Morocco for each Jewish emigrant.</w:t>
      </w:r>
    </w:p>
    <w:p>
      <w:pPr>
        <w:pStyle w:val="ListBullet"/>
      </w:pPr>
      <w:r>
        <w:t>Economic incentives and Western support for Israel created conditions that drew immigrants from economically disadvantaged communities, independent of local antisemitism.</w:t>
      </w:r>
    </w:p>
    <w:p>
      <w:pPr>
        <w:pStyle w:val="ListBullet"/>
      </w:pPr>
      <w:r>
        <w:t>Testimony from returning Moroccan Jews indicates that Muslim populations did not want Jewish residents to leave and were not attacking them.</w:t>
      </w:r>
    </w:p>
    <w:p/>
    <w:p>
      <w:r>
        <w:rPr>
          <w:b/>
        </w:rPr>
        <w:t>Članak</w:t>
      </w:r>
    </w:p>
    <w:p>
      <w:r>
        <w:rPr>
          <w:b/>
          <w:color w:val="0F766E"/>
          <w:sz w:val="26"/>
        </w:rPr>
        <w:t>The Genocide Narrative and Jewish Population Decline</w:t>
      </w:r>
    </w:p>
    <w:p/>
    <w:p>
      <w:r>
        <w:t xml:space="preserve">A common talking point is that Jews were facing genocide in the so-called </w:t>
      </w:r>
      <w:r>
        <w:rPr>
          <w:i/>
        </w:rPr>
        <w:t>Muslim</w:t>
      </w:r>
      <w:r>
        <w:t xml:space="preserve"> world, which is why Israel is necessary to keep them safe. It is true that the Jewish population in the Middle East and North Africa has rapidly decreased, going from nearly a million Jews to now less than 13,000. However, this decline was not because of anti-Jewish hate, but rather due to the efforts of Israel itself.</w:t>
      </w:r>
    </w:p>
    <w:p/>
    <w:p>
      <w:r>
        <w:rPr>
          <w:b/>
          <w:color w:val="0F766E"/>
          <w:sz w:val="26"/>
        </w:rPr>
        <w:t>Jews in Islamic History</w:t>
      </w:r>
    </w:p>
    <w:p/>
    <w:p>
      <w:r>
        <w:t xml:space="preserve">To be clear, I am not saying things were perfect, but overall, Jews were treated fairly well in Islam. Jews, along with Christians, are considered to be people of the book and are thus given significant respect, despite theological differences. For this reason, the </w:t>
      </w:r>
      <w:r>
        <w:rPr>
          <w:i/>
        </w:rPr>
        <w:t>Muslim</w:t>
      </w:r>
      <w:r>
        <w:t xml:space="preserve"> world for centuries was actually a safe haven for Jews who were fleeing persecution in Europe. In Al-Andalus, which is now Spain and Portugal, Jews thrived so much that historians called it a golden age, with Jews in government, writing poetry, making scientific advances and theological innovations.</w:t>
      </w:r>
    </w:p>
    <w:p/>
    <w:p>
      <w:r>
        <w:rPr>
          <w:b/>
          <w:color w:val="0F766E"/>
          <w:sz w:val="26"/>
        </w:rPr>
        <w:t>Muslims and Jews During the Holocaust</w:t>
      </w:r>
    </w:p>
    <w:p/>
    <w:p>
      <w:r>
        <w:t>Coming to modern times, Muslims helped protect Jews during the Holocaust. Mohammed V of Morocco refused to sign a decree from the French collaborationist government to deport a quarter million Jews to concentration camps in Bosnia. There are many stories and cases where Muslims risked their lives to hide Jews who were being persecuted by the Nazis. Even after Israel was created, Morocco, for instance, continued to have many Jews within high positions of government.</w:t>
      </w:r>
    </w:p>
    <w:p/>
    <w:p>
      <w:r>
        <w:rPr>
          <w:b/>
          <w:color w:val="0F766E"/>
          <w:sz w:val="26"/>
        </w:rPr>
        <w:t>Israel's Role in Encouraging Jewish Migration</w:t>
      </w:r>
    </w:p>
    <w:p/>
    <w:p>
      <w:r>
        <w:t xml:space="preserve">If Muslims were treating Jews fairly well, why did they flee the so-called </w:t>
      </w:r>
      <w:r>
        <w:rPr>
          <w:i/>
        </w:rPr>
        <w:t>Muslim</w:t>
      </w:r>
      <w:r>
        <w:t xml:space="preserve"> world? The answer is that Israel encouraged them to do so. In 1950 and 1951, Zionists carried out a wave of bombings against Jews as a false flag attack to force them to flee. However, such extreme violence was not always necessary. As an immigration lawyer, I can tell you that many people simply leave their country because they want a better opportunity. With Israel receiving support from the Western world, job opportunities were endless. Israel engaged in targeted propaganda, even going as far as setting up youth clubs in countries like Morocco that promised a better life in Israel.</w:t>
      </w:r>
    </w:p>
    <w:p/>
    <w:p>
      <w:r>
        <w:rPr>
          <w:b/>
          <w:color w:val="0F766E"/>
          <w:sz w:val="26"/>
        </w:rPr>
        <w:t>Economic Incentives and Government Cooperation</w:t>
      </w:r>
    </w:p>
    <w:p/>
    <w:p>
      <w:r>
        <w:t>But even despite all that propaganda, it was not enough on its own. Israel, for instance, literally paid the Moroccan government a sum of money for every Jew who left. According to one Moroccan Jew who went to Israel but then decided to come back, "</w:t>
      </w:r>
      <w:r>
        <w:rPr>
          <w:i/>
        </w:rPr>
        <w:t>Muslim</w:t>
      </w:r>
      <w:r>
        <w:t xml:space="preserve"> Moroccans weren't attacking us. They weren't telling us to leave. Quite the opposite." In other words, the Muslims in Morocco actually did not want the Jewish people to leave.</w:t>
      </w:r>
    </w:p>
    <w:p/>
    <w:p>
      <w:r>
        <w:rPr>
          <w:b/>
          <w:color w:val="0F766E"/>
          <w:sz w:val="26"/>
        </w:rPr>
        <w:t>The Pattern Across the Region</w:t>
      </w:r>
    </w:p>
    <w:p/>
    <w:p>
      <w:r>
        <w:t>In Morocco and other countries in West Asia and North Africa, the Jewish population has collapsed. But it is not because Muslims were attacking, but because Israel was intervening through bombings, propaganda, the establishment of social clubs, and by being a country that received so much money and support that many people living in poverty decided to go there rather than remain in their home countries.</w:t>
      </w:r>
    </w:p>
    <w:p/>
    <w:p>
      <w:r>
        <w:rPr>
          <w:b/>
        </w:rPr>
        <w:t>Reference i teme</w:t>
      </w:r>
    </w:p>
    <w:p>
      <w:r>
        <w:t>Teme: #Jewish emigration from Middle East and North Africa, #Israeli immigration policy and state incentives, #Historical Jewish-Muslim relations, #False-flag operations and Zionist campaigns, #Morocco and Jewish populations, #Holocaust and Muslim protection of Jews, #Propaganda and economic coercion</w:t>
      </w:r>
    </w:p>
    <w:p/>
    <w:p>
      <w:r>
        <w:rPr>
          <w:i/>
          <w:color w:val="94A3B8"/>
          <w:sz w:val="16"/>
        </w:rPr>
        <w:t>Generated by MinbarLive — Knowledge Library · https://minbarlive.com/videos/jewish-migration-from-the-muslim-world-historical-context-and-israel-s-role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