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Orthodox Priest Josiah Trenham on US-Israel Alliance and Palestinian Displacement</w:t>
      </w:r>
    </w:p>
    <w:p>
      <w:r>
        <w:rPr>
          <w:b/>
        </w:rPr>
        <w:t xml:space="preserve">Govornik: </w:t>
      </w:r>
      <w:r>
        <w:t>Josiah Trenham</w:t>
      </w:r>
    </w:p>
    <w:p>
      <w:r>
        <w:rPr>
          <w:b/>
        </w:rPr>
        <w:t xml:space="preserve">Izvor: </w:t>
      </w:r>
      <w:r>
        <w:rPr>
          <w:color w:val="0F766E"/>
        </w:rPr>
        <w:t>https://minbarlive.com/videos/josiah-trenham-ortodox-priest-it-is-irational-that-usa-is-alied-with-israel</w:t>
      </w:r>
    </w:p>
    <w:p/>
    <w:p>
      <w:r>
        <w:rPr>
          <w:i/>
        </w:rPr>
        <w:t>Orthodox priest Josiah Trenham discusses the displacement of Palestinian Christians from the Holy Land, describing forced expulsions in 1948 and approximately twenty years later, and questions the US-Israel alliance from a Christian perspective.</w:t>
      </w:r>
    </w:p>
    <w:p/>
    <w:p>
      <w:r>
        <w:rPr>
          <w:b/>
        </w:rPr>
        <w:t>Sažetak</w:t>
      </w:r>
    </w:p>
    <w:p>
      <w:r>
        <w:t>Father Josiah Trenham addresses the displacement of Orthodox Christians from Palestine and Gaza, emphasising the historical and spiritual significance of the Holy Land to the Orthodox Christian community. He describes two major waves of displacement: the first in 1948, and a second approximately two decades later, during which he recounts that armed Jewish soldiers issued ultimatums to Palestinian Christian residents, threatening to kill anyone remaining after a specified deadline. Trenham notes that many displaced Palestinians eventually emigrated to America, with some settling in California and forming part of his parish community. He also examines the US-Israel alliance from a theological and political perspective, questioning its rationale given what he characterises as the theological positions of Israeli leadership toward Christianity.</w:t>
      </w:r>
    </w:p>
    <w:p/>
    <w:p>
      <w:r>
        <w:rPr>
          <w:b/>
        </w:rPr>
        <w:t>Ključne poruke</w:t>
      </w:r>
    </w:p>
    <w:p>
      <w:pPr>
        <w:pStyle w:val="ListBullet"/>
      </w:pPr>
      <w:r>
        <w:t>Gaza and the broader Holy Land hold particular significance for Orthodox Christians, and the speaker views Palestinian Christian displacement as a central concern.</w:t>
      </w:r>
    </w:p>
    <w:p>
      <w:pPr>
        <w:pStyle w:val="ListBullet"/>
      </w:pPr>
      <w:r>
        <w:t>The first wave of Palestinian Christian displacement occurred in 1948; a second followed approximately twenty years later.</w:t>
      </w:r>
    </w:p>
    <w:p>
      <w:pPr>
        <w:pStyle w:val="ListBullet"/>
      </w:pPr>
      <w:r>
        <w:t>According to the speaker's account, armed soldiers issued death threats to Palestinian Christians, giving them until 5 p.m. to leave their homes or face execution.</w:t>
      </w:r>
    </w:p>
    <w:p>
      <w:pPr>
        <w:pStyle w:val="ListBullet"/>
      </w:pPr>
      <w:r>
        <w:t>Many displaced Palestinian Christians subsequently emigrated to the United States, with some settling in California and becoming founding members of the speaker's parish.</w:t>
      </w:r>
    </w:p>
    <w:p>
      <w:pPr>
        <w:pStyle w:val="ListBullet"/>
      </w:pPr>
      <w:r>
        <w:t>The speaker questions the theological and political basis for the US-Israel alliance, noting that members of the Israeli Knesset, in his characterisation, regard Jesus Christ as a false rabbi who was justly executed.</w:t>
      </w:r>
    </w:p>
    <w:p>
      <w:pPr>
        <w:pStyle w:val="ListBullet"/>
      </w:pPr>
      <w:r>
        <w:t>The speaker's parish is composed largely of immigrants driven from the Holy Land, making Palestinian Christian displacement a lived reality within his community.</w:t>
      </w:r>
    </w:p>
    <w:p/>
    <w:p>
      <w:r>
        <w:rPr>
          <w:b/>
        </w:rPr>
        <w:t>Članak</w:t>
      </w:r>
    </w:p>
    <w:p>
      <w:r>
        <w:rPr>
          <w:b/>
          <w:color w:val="0F766E"/>
          <w:sz w:val="26"/>
        </w:rPr>
        <w:t>Gaza and the **Holy Land**</w:t>
      </w:r>
    </w:p>
    <w:p/>
    <w:p>
      <w:r>
        <w:t>Gaza holds particular significance for Orthodox Christians, as it is part of the Holy Land. From the speaker's perspective, it appears irrational that the United States maintains its chief alliance with what he describes as a Zionist state. He notes that the Israeli Knesset is predominantly composed of members who, in his characterization, regard Jesus Christ as a false rabbi who was properly executed for blasphemy. The speaker questions the rationale for this alliance.</w:t>
      </w:r>
    </w:p>
    <w:p/>
    <w:p>
      <w:r>
        <w:rPr>
          <w:b/>
          <w:color w:val="0F766E"/>
          <w:sz w:val="26"/>
        </w:rPr>
        <w:t>Displacement of Orthodox Christians from Palestine</w:t>
      </w:r>
    </w:p>
    <w:p/>
    <w:p>
      <w:r>
        <w:t>The speaker's own parish is composed largely of immigrants who were driven from the Holy Land. The first wave of displacement occurred in 1948. A second displacement followed approximately twenty years later, when Jewish soldiers came to the homes of Palestinian Christians who had lived there for untold generations. According to the speaker's account, these soldiers arrived at noon, armed, and gave an ultimatum: they would return at five o'clock, and anyone still present would be killed. Faced with this threat, the residents left their homes. Many of these displaced individuals eventually emigrated to America, with some settling in California, where they became part of the founding membership of the speaker's parish.</w:t>
      </w:r>
    </w:p>
    <w:p/>
    <w:p>
      <w:r>
        <w:rPr>
          <w:b/>
        </w:rPr>
        <w:t>Reference i teme</w:t>
      </w:r>
    </w:p>
    <w:p>
      <w:r>
        <w:t>Teme: #Palestinian Christian displacement, #US-Israel relations, #Holy Land, #Orthodox Christianity and Palestine, #1948 Palestinian exodus, #Palestinian refugees in America</w:t>
      </w:r>
    </w:p>
    <w:p/>
    <w:p>
      <w:r>
        <w:rPr>
          <w:i/>
          <w:color w:val="94A3B8"/>
          <w:sz w:val="16"/>
        </w:rPr>
        <w:t>Generated by MinbarLive — Knowledge Library · https://minbarlive.com/videos/josiah-trenham-ortodox-priest-it-is-irational-that-usa-is-alied-with-israel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