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Josiah Trenham, sacerdote ortodoxo: "Es irracional que EE. UU. esté aliado con Israel"</w:t>
      </w:r>
    </w:p>
    <w:p>
      <w:r>
        <w:rPr>
          <w:b/>
        </w:rPr>
        <w:t xml:space="preserve">Govornik: </w:t>
      </w:r>
      <w:r>
        <w:t>Josiah Trenham</w:t>
      </w:r>
    </w:p>
    <w:p>
      <w:r>
        <w:rPr>
          <w:b/>
        </w:rPr>
        <w:t xml:space="preserve">Izvor: </w:t>
      </w:r>
      <w:r>
        <w:rPr>
          <w:color w:val="0F766E"/>
        </w:rPr>
        <w:t>https://minbarlive.com/videos/es/josiah-trenham-sacerdote-ortodoxo-es-irracional-que-ee-uu-este-aliado-con-israel</w:t>
      </w:r>
    </w:p>
    <w:p/>
    <w:p>
      <w:r>
        <w:rPr>
          <w:i/>
        </w:rPr>
        <w:t>El sacerdote ortodoxo Josiah Trenham habla sobre el desplazamiento de los cristianos palestinos de la Tierra Santa, describiendo expulsiones forzadas en 1948 y aproximadamente veinte años después, y cuestiona la alianza entre EE. UU. e Israel desde una perspectiva cristiana.</w:t>
      </w:r>
    </w:p>
    <w:p/>
    <w:p>
      <w:r>
        <w:rPr>
          <w:b/>
        </w:rPr>
        <w:t>Sažetak</w:t>
      </w:r>
    </w:p>
    <w:p>
      <w:r>
        <w:t>El Padre Josiah Trenham aborda el desplazamiento de los cristianos ortodoxos de Palestina y Gaza, enfatizando la importancia histórica y espiritual de la Tierra Santa para la comunidad cristiana ortodoxa. Describe dos grandes olas de desplazamiento: la primera en 1948, y una segunda aproximadamente dos décadas después, durante la cual relata que soldados judíos armados emitieron ultimátums a los residentes cristianos palestinos, amenazando con matar a cualquiera que permaneciera después de una fecha límite específica. Trenham señala que muchos palestinos desplazados emigraron eventualmente a América, con algunos estableciéndose en California y formando parte de su comunidad parroquial. También examina la alianza entre EE. UU. e Israel desde una perspectiva teológica y política, cuestionando su justificación dada lo que él caracteriza como las posiciones teológicas del liderazgo israelí hacia el cristianismo.</w:t>
      </w:r>
    </w:p>
    <w:p/>
    <w:p>
      <w:r>
        <w:rPr>
          <w:b/>
        </w:rPr>
        <w:t>Ključne poruke</w:t>
      </w:r>
    </w:p>
    <w:p>
      <w:pPr>
        <w:pStyle w:val="ListBullet"/>
      </w:pPr>
      <w:r>
        <w:t>Gaza y la Tierra Santa en general tienen una importancia particular para los cristianos ortodoxos, y el orador considera el desplazamiento de los cristianos palestinos como una preocupación central.</w:t>
      </w:r>
    </w:p>
    <w:p>
      <w:pPr>
        <w:pStyle w:val="ListBullet"/>
      </w:pPr>
      <w:r>
        <w:t>La primera ola de desplazamiento de cristianos palestinos ocurrió en 1948; una segunda siguió aproximadamente veinte años después.</w:t>
      </w:r>
    </w:p>
    <w:p>
      <w:pPr>
        <w:pStyle w:val="ListBullet"/>
      </w:pPr>
      <w:r>
        <w:t>Según el relato del orador, soldados armados emitieron amenazas de muerte a los cristianos palestinos, dándoles hasta las 5 p.m. para abandonar sus hogares o enfrentar la ejecución.</w:t>
      </w:r>
    </w:p>
    <w:p>
      <w:pPr>
        <w:pStyle w:val="ListBullet"/>
      </w:pPr>
      <w:r>
        <w:t>Muchos cristianos palestinos desplazados emigraron posteriormente a los Estados Unidos, y algunos se establecieron en California, convirtiéndose en miembros fundadores de la parroquia del orador.</w:t>
      </w:r>
    </w:p>
    <w:p>
      <w:pPr>
        <w:pStyle w:val="ListBullet"/>
      </w:pPr>
      <w:r>
        <w:t>El orador cuestiona la base teológica y política de la alianza entre EE. UU. e Israel, señalando que los miembros de la Knesset israelí, en su caracterización, consideran a Jesucristo como un falso rabino que fue ejecutado justamente.</w:t>
      </w:r>
    </w:p>
    <w:p>
      <w:pPr>
        <w:pStyle w:val="ListBullet"/>
      </w:pPr>
      <w:r>
        <w:t>La parroquia del orador está compuesta en gran parte por inmigrantes expulsados de la Tierra Santa, haciendo del desplazamiento de los cristianos palestinos una realidad vivida dentro de su comunidad.</w:t>
      </w:r>
    </w:p>
    <w:p/>
    <w:p>
      <w:r>
        <w:rPr>
          <w:b/>
        </w:rPr>
        <w:t>Članak</w:t>
      </w:r>
    </w:p>
    <w:p>
      <w:r>
        <w:rPr>
          <w:b/>
          <w:color w:val="0F766E"/>
          <w:sz w:val="26"/>
        </w:rPr>
        <w:t>Gaza y la Tierra Santa</w:t>
      </w:r>
    </w:p>
    <w:p/>
    <w:p>
      <w:r>
        <w:t>Gaza tiene un significado particular para los cristianos ortodoxos, ya que es parte de la Tierra Santa. Desde la perspectiva del hablante, parece irracional que Estados Unidos mantenga su principal alianza con lo que él describe como un estado sionista. Señala que la Knesset israelí está compuesta predominantemente por miembros que, en su caracterización, consideran a Jesucristo como un falso rabino que fue ejecutado correctamente por blasfemia. El hablante cuestiona la lógica de esta alianza.</w:t>
      </w:r>
    </w:p>
    <w:p/>
    <w:p>
      <w:r>
        <w:rPr>
          <w:b/>
          <w:color w:val="0F766E"/>
          <w:sz w:val="26"/>
        </w:rPr>
        <w:t>Desplazamiento de los cristianos ortodoxos de Palestina</w:t>
      </w:r>
    </w:p>
    <w:p/>
    <w:p>
      <w:r>
        <w:t>La parroquia del hablante está compuesta en gran parte por inmigrantes que fueron desplazados de la Tierra Santa. La primera ola de desplazamiento ocurrió en 1948. Un segundo desplazamiento siguió aproximadamente veinte años después, cuando soldados judíos llegaron a las casas de los cristianos palestinos que habían vivido allí durante generaciones. Según el relato del hablante, estos soldados llegaron al mediodía, armados, y dieron un ultimátum: regresarían a las cinco en punto, y cualquiera que aún estuviera presente sería asesinado. Ante esta amenaza, los residentes abandonaron sus hogares. Muchos de estos individuos desplazados finalmente emigraron a América, y algunos se establecieron en California, donde se convirtieron en parte de la membresía fundadora de la parroquia del hablante.</w:t>
      </w:r>
    </w:p>
    <w:p/>
    <w:p>
      <w:r>
        <w:rPr>
          <w:b/>
        </w:rPr>
        <w:t>Reference i teme</w:t>
      </w:r>
    </w:p>
    <w:p>
      <w:r>
        <w:t>Teme: #Desplazamiento de cristianos palestinos, #Relaciones entre EE. UU. e Israel, #Tierra Santa, #Cristianismo ortodoxo y Palestina, #Éxodo palestino de 1948, #Refugiados palestinos en América</w:t>
      </w:r>
    </w:p>
    <w:p/>
    <w:p>
      <w:r>
        <w:rPr>
          <w:i/>
          <w:color w:val="94A3B8"/>
          <w:sz w:val="16"/>
        </w:rPr>
        <w:t>Generated by MinbarLive — Knowledge Library · https://minbarlive.com/videos/es/josiah-trenham-sacerdote-ortodoxo-es-irracional-que-ee-uu-este-aliado-con-israel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