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Josiah Trenham, pravoslavni svećenik: "Nerazumno je da su SAD saveznik Izraela"</w:t>
      </w:r>
    </w:p>
    <w:p>
      <w:r>
        <w:rPr>
          <w:b/>
        </w:rPr>
        <w:t xml:space="preserve">Govornik: </w:t>
      </w:r>
      <w:r>
        <w:t>Josiah Trenham</w:t>
      </w:r>
    </w:p>
    <w:p>
      <w:r>
        <w:rPr>
          <w:b/>
        </w:rPr>
        <w:t xml:space="preserve">Izvor: </w:t>
      </w:r>
      <w:r>
        <w:rPr>
          <w:color w:val="0F766E"/>
        </w:rPr>
        <w:t>https://minbarlive.com/videos/hr/josiah-trenham-pravoslavni-svecenik-nerazumno-je-da-su-sad-saveznik-izraela</w:t>
      </w:r>
    </w:p>
    <w:p/>
    <w:p>
      <w:r>
        <w:rPr>
          <w:i/>
        </w:rPr>
        <w:t>Pravoslavni svećenik Josiah Trenham raspravlja o raseljenju palestinskih kršćana iz Svete zemlje, opisujući prisilna protjerivanja 1948. i otprilike dvadeset godina kasnije, te preispituje savez SAD-a i Izraela iz kršćanske perspektive.</w:t>
      </w:r>
    </w:p>
    <w:p/>
    <w:p>
      <w:r>
        <w:rPr>
          <w:b/>
        </w:rPr>
        <w:t>Sažetak</w:t>
      </w:r>
    </w:p>
    <w:p>
      <w:r>
        <w:t>Otac Josiah Trenham obraća se raseljenju pravoslavnih kršćana iz Palestine i Gaze, naglašavajući povijesni i duhovni značaj Svete Zemlje za pravoslavnu kršćansku zajednicu. Opisuje dva velika vala raseljavanja: prvi 1948. godine, a drugi otprilike dva desetljeća kasnije, tijekom kojeg navodi da su naoružani židovski vojnici izdavali ultimatume palestinskim kršćanskim stanovnicima, prijeteći smrću svakome tko ostane nakon određenog roka. Trenham napominje da su se mnogi raseljeni Palestinci na kraju iselili u Ameriku, a neki su se nastanili u Kaliforniji i postali dio njegove župe. Također ispituje savez SAD-a i Izraela iz teološke i političke perspektive, preispitujući njegovu opravdanost s obzirom na ono što karakterizira kao teološke stavove izraelskog vodstva prema kršćanstvu.</w:t>
      </w:r>
    </w:p>
    <w:p/>
    <w:p>
      <w:r>
        <w:rPr>
          <w:b/>
        </w:rPr>
        <w:t>Ključne poruke</w:t>
      </w:r>
    </w:p>
    <w:p>
      <w:pPr>
        <w:pStyle w:val="ListBullet"/>
      </w:pPr>
      <w:r>
        <w:t>Gaza i šira Sveti zemlja imaju posebno značenje za pravoslavne kršćane, a govornik smatra da je raseljavanje palestinskih kršćana središnja briga.</w:t>
      </w:r>
    </w:p>
    <w:p>
      <w:pPr>
        <w:pStyle w:val="ListBullet"/>
      </w:pPr>
      <w:r>
        <w:t>Prvi val raseljavanja palestinskih kršćana dogodio se 1948. godine; drugi je uslijedio otprilike dvadeset godina kasnije.</w:t>
      </w:r>
    </w:p>
    <w:p>
      <w:pPr>
        <w:pStyle w:val="ListBullet"/>
      </w:pPr>
      <w:r>
        <w:t>Prema svjedočenju govornika, naoružani vojnici su prijetili smrću palestinskim kršćanima, dajući im rok do 17 sati da napuste svoje domove ili će biti pogubljeni.</w:t>
      </w:r>
    </w:p>
    <w:p>
      <w:pPr>
        <w:pStyle w:val="ListBullet"/>
      </w:pPr>
      <w:r>
        <w:t>Mnogi raseljeni palestinski kršćani kasnije su emigrirali u Sjedinjene Države, a neki su se nastanili u Kaliforniji i postali osnivači govornikove župe.</w:t>
      </w:r>
    </w:p>
    <w:p>
      <w:pPr>
        <w:pStyle w:val="ListBullet"/>
      </w:pPr>
      <w:r>
        <w:t>Govornik dovodi u pitanje teološku i političku osnovu saveza SAD-a i Izraela, napominjući da članovi izraelskog Knesseta, prema njegovoj karakterizaciji, smatraju Isusa Krista lažnim rabinom koji je pravedno pogubljen.</w:t>
      </w:r>
    </w:p>
    <w:p>
      <w:pPr>
        <w:pStyle w:val="ListBullet"/>
      </w:pPr>
      <w:r>
        <w:t>Govornikova župa većinom se sastoji od imigranata protjeranih iz Svete zemlje, što raseljavanje palestinskih kršćana čini stvarnošću unutar njegove zajednice.</w:t>
      </w:r>
    </w:p>
    <w:p/>
    <w:p>
      <w:r>
        <w:rPr>
          <w:b/>
        </w:rPr>
        <w:t>Članak</w:t>
      </w:r>
    </w:p>
    <w:p>
      <w:r>
        <w:rPr>
          <w:b/>
          <w:color w:val="0F766E"/>
          <w:sz w:val="26"/>
        </w:rPr>
        <w:t>Gaza i Sveta Zemlja</w:t>
      </w:r>
    </w:p>
    <w:p/>
    <w:p>
      <w:r>
        <w:t>Gaza ima poseban značaj za pravoslavne kršćane, jer je dio Svete Zemlje. Iz perspektive govornika, čini se iracionalnim da Sjedinjene Države održavaju svoju glavnu alijansu s onim što on opisuje kao cionističku državu. Napominje da se izraelski Knesset pretežno sastoji od članova koji, prema njegovoj karakterizaciji, smatraju Isusa Krista lažnim rabinom koji je ispravno pogubljen zbog bogohuljenja. Govornik preispituje racionalnost ove alijanse.</w:t>
      </w:r>
    </w:p>
    <w:p/>
    <w:p>
      <w:r>
        <w:rPr>
          <w:b/>
          <w:color w:val="0F766E"/>
          <w:sz w:val="26"/>
        </w:rPr>
        <w:t>Raseljavanje pravoslavnih kršćana iz Palestine</w:t>
      </w:r>
    </w:p>
    <w:p/>
    <w:p>
      <w:r>
        <w:t>Govornikova vlastita župa većinom se sastoji od imigranata koji su protjerani iz Svete Zemlje. Prvi val raseljavanja dogodio se 1948. godine. Drugo raseljavanje uslijedilo je otprilike dvadeset godina kasnije, kada su židovski vojnici došli u domove palestinskih kršćana koji su tamo živjeli nebrojene generacije. Prema govornikovom iskazu, ti vojnici su stigli u podne, naoružani, i dali ultimatum: vratit će se u pet sati, a svatko tko bude još prisutan bit će ubijen. Suočeni s ovom prijetnjom, stanovnici su napustili svoje domove. Mnogi od tih raseljenih pojedinaca na kraju su emigrirali u Ameriku, a neki su se nastanili u Kaliforniji, gdje su postali dio osnivačkog članstva govornikove župe.</w:t>
      </w:r>
    </w:p>
    <w:p/>
    <w:p>
      <w:r>
        <w:rPr>
          <w:b/>
        </w:rPr>
        <w:t>Reference i teme</w:t>
      </w:r>
    </w:p>
    <w:p>
      <w:r>
        <w:t>Teme: #Palestinsko kršćansko raseljavanje, #Odnos SAD-a i Izraela, #Sveta zemlja, #Pravoslavno kršćanstvo i Palestina, #Palestinski egzodus 1948., #Palestinski izbjeglice u Americi</w:t>
      </w:r>
    </w:p>
    <w:p/>
    <w:p>
      <w:r>
        <w:rPr>
          <w:i/>
          <w:color w:val="94A3B8"/>
          <w:sz w:val="16"/>
        </w:rPr>
        <w:t>Generated by MinbarLive — Knowledge Library · https://minbarlive.com/videos/hr/josiah-trenham-pravoslavni-svecenik-nerazumno-je-da-su-sad-saveznik-izraela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