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Upoznajte Mikea Evansa, jednog od najmoćnijih kršćanskih cionista u SAD-u</w:t>
      </w:r>
    </w:p>
    <w:p>
      <w:r>
        <w:rPr>
          <w:b/>
        </w:rPr>
        <w:t xml:space="preserve">Izvor: </w:t>
      </w:r>
      <w:r>
        <w:rPr>
          <w:color w:val="0F766E"/>
        </w:rPr>
        <w:t>https://minbarlive.com/videos/hr/upoznajte-mikea-evansa-jednog-od-najmocnijih-krscanskih-cionista-u-sad-u</w:t>
      </w:r>
    </w:p>
    <w:p/>
    <w:p>
      <w:r>
        <w:rPr>
          <w:i/>
        </w:rPr>
        <w:t>Inicijativa kršćanske podrške ima za cilj obučiti 100.000 evanđeoskih ambasadora koji se fokusiraju na obranu međunarodnog imidža i brenda Izraela. Sudionici se predstavljaju kao ideološki neutralni, ujedinjeni oko podrške Izraelu.</w:t>
      </w:r>
    </w:p>
    <w:p/>
    <w:p>
      <w:r>
        <w:rPr>
          <w:b/>
        </w:rPr>
        <w:t>Sažetak</w:t>
      </w:r>
    </w:p>
    <w:p>
      <w:r>
        <w:t>Ovaj govor opisuje opsežan program obuke osmišljen za mobilizaciju evanđeoskih kršćanskih ambasadora koji će zastupati Izrael na globalnoj razini. Govornik iznosi inicijativu koja ima za cilj razviti 100.000 kršćanskih zagovornika čija je primarna misija braniti i promicati brend Izraela i njegovu međunarodnu reputaciju. Sudionici se karakteriziraju kao oni koji djeluju izvan tradicionalnih lijevih i desnih političkih podjela, okupljajući se oko jedinstvenog fokusa: podrške Izraelu. Program ovu zagovaračku aktivnost okvira koristeći figurativni jezik, nazivajući Izrael metaforički 'pticom'. Inicijativa predstavlja organizirani napor za koordinaciju evanđeoske kršćanske poruke i aktivizma u podršci izraelskim interesima.</w:t>
      </w:r>
    </w:p>
    <w:p/>
    <w:p>
      <w:r>
        <w:rPr>
          <w:b/>
        </w:rPr>
        <w:t>Ključne poruke</w:t>
      </w:r>
    </w:p>
    <w:p>
      <w:pPr>
        <w:pStyle w:val="ListBullet"/>
      </w:pPr>
      <w:r>
        <w:t>Program ima za cilj obučiti 100.000 kršćanskih ambasadora posvećenih obrani međunarodnog imidža i brenda Izraela.</w:t>
      </w:r>
    </w:p>
    <w:p>
      <w:pPr>
        <w:pStyle w:val="ListBullet"/>
      </w:pPr>
      <w:r>
        <w:t>Evangelijski kršćani koji sudjeluju u ovoj inicijativi predstavljaju se kao politički neutralni, nadilazeći tradicionalne ideološke podjele.</w:t>
      </w:r>
    </w:p>
    <w:p>
      <w:pPr>
        <w:pStyle w:val="ListBullet"/>
      </w:pPr>
      <w:r>
        <w:t>Ujedinjeni fokus ovih ambasadora je podrška Izraelu, prikazana kroz metaforički jezik.</w:t>
      </w:r>
    </w:p>
    <w:p>
      <w:pPr>
        <w:pStyle w:val="ListBullet"/>
      </w:pPr>
      <w:r>
        <w:t>Program djeluje kao koordinirani napor za zagovaranje mobilizacije evangelijskih kršćanskih zajednica oko pro-izraelskih poruka.</w:t>
      </w:r>
    </w:p>
    <w:p/>
    <w:p>
      <w:r>
        <w:rPr>
          <w:b/>
        </w:rPr>
        <w:t>Članak</w:t>
      </w:r>
    </w:p>
    <w:p>
      <w:r>
        <w:rPr>
          <w:b/>
          <w:color w:val="0F766E"/>
          <w:sz w:val="26"/>
        </w:rPr>
        <w:t>Obuka kršćanskih ambasadora</w:t>
      </w:r>
    </w:p>
    <w:p/>
    <w:p>
      <w:r>
        <w:t>Inicijativa ima za cilj obučiti 100.000 kršćanskih ambasadora posvećenih obrani imidža Izraela. Prema govorniku, evanđeoski kršćani uključeni u ovaj napor ne pozicioniraju se ideološki ni desno ni lijevo, već su ujedinjeni oko jedne točke: podrške Izraelu, koji se opisuje metaforom "ptice."</w:t>
      </w:r>
    </w:p>
    <w:p/>
    <w:p>
      <w:r>
        <w:rPr>
          <w:b/>
        </w:rPr>
        <w:t>Reference i teme</w:t>
      </w:r>
    </w:p>
    <w:p>
      <w:r>
        <w:t>Teme: #Kršćanska zagovorništvo, #Međunarodni odnosi Izraela, #Evangelikalni aktivizam, #Upravljanje brendom, #Politička mobilizacija</w:t>
      </w:r>
    </w:p>
    <w:p/>
    <w:p>
      <w:r>
        <w:rPr>
          <w:i/>
          <w:color w:val="94A3B8"/>
          <w:sz w:val="16"/>
        </w:rPr>
        <w:t>Generated by MinbarLive — Knowledge Library · https://minbarlive.com/videos/hr/upoznajte-mikea-evansa-jednog-od-najmocnijih-krscanskih-cionista-u-sad-u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