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MonitorX - 🇬🇧🇮🇱⚡️– Retired British Army Col. Richard Kemp:  "I say this as a goy...</w:t>
      </w:r>
    </w:p>
    <w:p>
      <w:r>
        <w:rPr>
          <w:b/>
        </w:rPr>
        <w:t xml:space="preserve">Govornik: </w:t>
      </w:r>
      <w:r>
        <w:t>British Army Col. Richard Kemp</w:t>
      </w:r>
    </w:p>
    <w:p>
      <w:r>
        <w:rPr>
          <w:b/>
        </w:rPr>
        <w:t xml:space="preserve">Izvor: </w:t>
      </w:r>
      <w:r>
        <w:rPr>
          <w:color w:val="0F766E"/>
        </w:rPr>
        <w:t>https://minbarlive.com/videos/monitorx-retired-british-army-col-richard-kemp-i-say-this-as-a-goy</w:t>
      </w:r>
    </w:p>
    <w:p/>
    <w:p>
      <w:r>
        <w:rPr>
          <w:i/>
        </w:rPr>
        <w:t>A non-Jewish speaker reflects on Israel's role as "a light unto the nations," arguing that the Israeli Defense Forces exemplify military excellence and responsibility, offering crucial lessons to the international community on how to conduct military operations effectively.</w:t>
      </w:r>
    </w:p>
    <w:p/>
    <w:p>
      <w:r>
        <w:rPr>
          <w:b/>
        </w:rPr>
        <w:t>Sažetak</w:t>
      </w:r>
    </w:p>
    <w:p>
      <w:r>
        <w:t>This address examines Israel's fulfillment of its calling to be "a light unto the nations" through the lens of military conduct and global leadership. The speaker, acknowledging his perspective as a non-Jew (goy), contends that Israel's significance extends beyond political considerations to encompass how the nation conducts itself on the world stage. The speaker emphasizes that what distinguishes Israel is not merely technological advancement, but rather the exemplary conduct of the Israeli Defense Forces—the men and women who have demonstrated to the world how to fight effectively and responsibly. The speaker suggests that Western European nations, anticipating similar security challenges in the future, will look to Israel as a model for conducting military operations. Central to the argument is the conviction that concrete actions and deeds carry far greater influence than rhetoric; nations establish their true impact and model for others through their practical example rather than through words alone.</w:t>
      </w:r>
    </w:p>
    <w:p/>
    <w:p>
      <w:r>
        <w:rPr>
          <w:b/>
        </w:rPr>
        <w:t>Ključne poruke</w:t>
      </w:r>
    </w:p>
    <w:p>
      <w:pPr>
        <w:pStyle w:val="ListBullet"/>
      </w:pPr>
      <w:r>
        <w:t>Israel fulfills its role as "a light unto the nations" not merely through political action but through the exemplary conduct and responsibility demonstrated by its military forces.</w:t>
      </w:r>
    </w:p>
    <w:p>
      <w:pPr>
        <w:pStyle w:val="ListBullet"/>
      </w:pPr>
      <w:r>
        <w:t>The Israeli Defense Forces serve as a global model for how military operations can be conducted effectively and responsibly, offering invaluable lessons to the international community.</w:t>
      </w:r>
    </w:p>
    <w:p>
      <w:pPr>
        <w:pStyle w:val="ListBullet"/>
      </w:pPr>
      <w:r>
        <w:t>Military excellence is demonstrated not primarily through technological advancement alone, but through the disciplined and ethical conduct of those who serve.</w:t>
      </w:r>
    </w:p>
    <w:p>
      <w:pPr>
        <w:pStyle w:val="ListBullet"/>
      </w:pPr>
      <w:r>
        <w:t>Western nations facing similar security challenges will increasingly look to Israel's example to understand best practices in military operations.</w:t>
      </w:r>
    </w:p>
    <w:p>
      <w:pPr>
        <w:pStyle w:val="ListBullet"/>
      </w:pPr>
      <w:r>
        <w:t>The power of example and concrete action in influencing international behavior and establishing standards far exceeds the impact of rhetoric and narrative alone.</w:t>
      </w:r>
    </w:p>
    <w:p/>
    <w:p>
      <w:r>
        <w:rPr>
          <w:b/>
        </w:rPr>
        <w:t>Članak</w:t>
      </w:r>
    </w:p>
    <w:p>
      <w:r>
        <w:rPr>
          <w:b/>
          <w:color w:val="0F766E"/>
          <w:sz w:val="26"/>
        </w:rPr>
        <w:t>Speaking as a Non-Jew</w:t>
      </w:r>
    </w:p>
    <w:p/>
    <w:p>
      <w:r>
        <w:t xml:space="preserve">I speak as a goy, a mere goy. The Jewish people have been called upon to be "a light unto the nations," and I believe </w:t>
      </w:r>
      <w:r>
        <w:rPr>
          <w:b/>
        </w:rPr>
        <w:t>Israel</w:t>
      </w:r>
      <w:r>
        <w:t xml:space="preserve"> is fulfilling that calling in its defense of its own country. This role extends far beyond the political sphere—it manifests in how the nation conducts itself on the world stage.</w:t>
      </w:r>
    </w:p>
    <w:p/>
    <w:p>
      <w:r>
        <w:rPr>
          <w:b/>
          <w:color w:val="0F766E"/>
          <w:sz w:val="26"/>
        </w:rPr>
        <w:t>Military Excellence and Global Leadership</w:t>
      </w:r>
    </w:p>
    <w:p/>
    <w:p>
      <w:r>
        <w:t>What strikes me most particularly is not merely Israel's advancement in military technology, but rather the way in which the extraordinary men and women of the Israeli Defense Forces have demonstrated to the world how to fight. Many countries in Western Europe that will face similar violence in the future will be looking to Israel to understand how to conduct military operations effectively and responsibly. The lessons being taught through these actions are invaluable to the international community.</w:t>
      </w:r>
    </w:p>
    <w:p/>
    <w:p>
      <w:r>
        <w:rPr>
          <w:b/>
          <w:color w:val="0F766E"/>
          <w:sz w:val="26"/>
        </w:rPr>
        <w:t>The Power of Example Over Words</w:t>
      </w:r>
    </w:p>
    <w:p/>
    <w:p>
      <w:r>
        <w:t>The narrative surrounding military conflict is one thing, but action—the concrete example set by how these forces operate—is something even more powerful. It is through deeds rather than words that nations truly influence one another and establish a model for others to follow.</w:t>
      </w:r>
    </w:p>
    <w:p/>
    <w:p>
      <w:r>
        <w:rPr>
          <w:b/>
        </w:rPr>
        <w:t>Reference i teme</w:t>
      </w:r>
    </w:p>
    <w:p>
      <w:r>
        <w:t>Teme: #military ethics, #international leadership, #Israel, #security, #global influence, #geopolitics</w:t>
      </w:r>
    </w:p>
    <w:p/>
    <w:p>
      <w:r>
        <w:rPr>
          <w:i/>
          <w:color w:val="94A3B8"/>
          <w:sz w:val="16"/>
        </w:rPr>
        <w:t>Generated by MinbarLive — Knowledge Library · https://minbarlive.com/videos/monitorx-retired-british-army-col-richard-kemp-i-say-this-as-a-goy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