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A Christian Critique of Evangelical Support for Israel and the Treatment of Palestinians</w:t>
      </w:r>
    </w:p>
    <w:p>
      <w:r>
        <w:rPr>
          <w:b/>
        </w:rPr>
        <w:t xml:space="preserve">Izvor: </w:t>
      </w:r>
      <w:r>
        <w:rPr>
          <w:color w:val="0F766E"/>
        </w:rPr>
        <w:t>https://minbarlive.com/videos/nicole-janes-unapologetically-for-all-those-who-are-complicit</w:t>
      </w:r>
    </w:p>
    <w:p/>
    <w:p>
      <w:r>
        <w:rPr>
          <w:i/>
        </w:rPr>
        <w:t>A Christian evangelist critiques evangelical Christian support for Israel, arguing that such support contradicts core Christian principles, misrepresents Islam and Judaism, and enables mass violence and displacement against Palestinians.</w:t>
      </w:r>
    </w:p>
    <w:p/>
    <w:p>
      <w:r>
        <w:rPr>
          <w:b/>
        </w:rPr>
        <w:t>Sažetak</w:t>
      </w:r>
    </w:p>
    <w:p>
      <w:r>
        <w:t>This testimony presents a Christian evangelist's sharp critique of evangelical Christian political and theological support for Israel. The speaker challenges the theological justification of Israeli state actions—particularly claims of divine chosenness—as incompatible with Christian teachings against killing, theft, and genocide. The speaker contextualizes the Holocaust within broader historical atrocities, including the deaths of Christians under Bolshevik rule, to interrogate selective moral grievance and historical memory. The testimony addresses misrepresentation of Islam and Judaism among Western Christians, noting that Islam teaches respect for Jesus Christ as a messenger while certain Jewish religious texts contain derogatory portrayals of Christian figures—a disparity the speaker argues is obscured by accusations of antisemitism. The speaker also cites reporting of Christian communities in the region experiencing harassment and assault from Israeli settlers in holy sites and public spaces. Throughout, the testimony questions the coherence of Christian identity with support for what the speaker characterises as mass murder, ethnic cleansing, and land theft.</w:t>
      </w:r>
    </w:p>
    <w:p/>
    <w:p>
      <w:r>
        <w:rPr>
          <w:b/>
        </w:rPr>
        <w:t>Ključne poruke</w:t>
      </w:r>
    </w:p>
    <w:p>
      <w:pPr>
        <w:pStyle w:val="ListBullet"/>
      </w:pPr>
      <w:r>
        <w:t>The speaker argues that theological claims of divine chosenness used to justify Israeli state actions contradict Christian monotheism and are consistent with racism, tribalism, and ethnic cleansing.</w:t>
      </w:r>
    </w:p>
    <w:p>
      <w:pPr>
        <w:pStyle w:val="ListBullet"/>
      </w:pPr>
      <w:r>
        <w:t>The speaker reframes Holocaust commemoration within a broader historical context of mass atrocities, including Bolshevik violence against Christians, to challenge what they characterise as selective moral outrage.</w:t>
      </w:r>
    </w:p>
    <w:p>
      <w:pPr>
        <w:pStyle w:val="ListBullet"/>
      </w:pPr>
      <w:r>
        <w:t>The speaker points out that Islam teaches respect for Jesus Christ as a messenger of God, while contending that certain Jewish religious texts contain derogatory portrayals of Jesus and Mary—observations the speaker argues are suppressed by accusations of antisemitism.</w:t>
      </w:r>
    </w:p>
    <w:p>
      <w:pPr>
        <w:pStyle w:val="ListBullet"/>
      </w:pPr>
      <w:r>
        <w:t>The speaker asserts that evangelical Christian support for Israel's military and political actions fundamentally contradicts Christian ethical teaching, specifically the commandments against killing and stealing.</w:t>
      </w:r>
    </w:p>
    <w:p>
      <w:pPr>
        <w:pStyle w:val="ListBullet"/>
      </w:pPr>
      <w:r>
        <w:t>The speaker cites reporting from Channel 13 documenting that Christian residents and visitors in Jerusalem experience spitting, harassment, and assault from Israeli settlers in religious spaces and public areas.</w:t>
      </w:r>
    </w:p>
    <w:p>
      <w:pPr>
        <w:pStyle w:val="ListBullet"/>
      </w:pPr>
      <w:r>
        <w:t>The speaker contends that Western evangelical Christians have been ideologically manipulated into hatred of Muslims while remaining ignorant of their own religious history and teachings.</w:t>
      </w:r>
    </w:p>
    <w:p/>
    <w:p>
      <w:r>
        <w:rPr>
          <w:b/>
        </w:rPr>
        <w:t>Članak</w:t>
      </w:r>
    </w:p>
    <w:p>
      <w:r>
        <w:rPr>
          <w:b/>
          <w:color w:val="0F766E"/>
          <w:sz w:val="26"/>
        </w:rPr>
        <w:t>On Religious Hypocrisy and Selective Morality</w:t>
      </w:r>
    </w:p>
    <w:p/>
    <w:p>
      <w:r>
        <w:t>I think I'm a good person. I'm a Christian evangelist, and I stand with Israel. But let me ask: are you stupid? If God has chosen people, does that mean God is unfair and racist and agrees with ethnic cleansing? Are you saying God is a tribal god, a partial god that favors some people above others? Are you sure you're talking about God? Because what you're describing sounds like blasphemy. If you believe in a God who discriminates, a God who allows so-called chosen people to butcher, to commit genocide, and to steal land—are you even sure you're a Christian? Do you know the rules of Christianity? Don't steal, don't kill. These are ten rules. Yet you justify these actions in the name of God.</w:t>
      </w:r>
    </w:p>
    <w:p/>
    <w:p>
      <w:r>
        <w:rPr>
          <w:b/>
          <w:color w:val="0F766E"/>
          <w:sz w:val="26"/>
        </w:rPr>
        <w:t>The Holocaust and Historical Context</w:t>
      </w:r>
    </w:p>
    <w:p/>
    <w:p>
      <w:r>
        <w:t>Yes, the Holocaust was a tragedy, and six million people were killed. But by far it was not the biggest tragedy in human history. You know what phrase usually comes next? That anyone who criticizes Israel is anti-Semitic. But let me ask you something: do you know about the twenty million Christians—or more—who were butchered in concentration camps by the Bolsheviks? What kind of Christian are you if you remain silent about this? And here's what's interesting: out of five hundred twenty-five members in the Bolshevik administration, four hundred twenty-seven were Jewish. So the ones in power, the elected ones from the Bolsheviks, were Jewish. I'm asking you as a Christian: after more than twenty million Christians were butchered, what should we do? Should we also claim our own land in the name of God? This is what your religion has become. This is why you support what you support. Or perhaps, as I said from the beginning, you're simply stupid.</w:t>
      </w:r>
    </w:p>
    <w:p/>
    <w:p>
      <w:r>
        <w:rPr>
          <w:b/>
          <w:color w:val="0F766E"/>
          <w:sz w:val="26"/>
        </w:rPr>
        <w:t>Religious Respect Across Faiths</w:t>
      </w:r>
    </w:p>
    <w:p/>
    <w:p>
      <w:r>
        <w:t>You talk about Muslims and Christians being together. But do you know what Islam teaches about Jesus Christ? In Islam, Jesus Christ is respected and is portrayed as a messenger of God. Now, guess where Jesus Christ is portrayed as boiling in excrement and the Virgin Mary is portrayed as a prostitute. Exactly. You guessed it. But I suppose if I point this out, I should be labeled anti-Semitic. So what are you cheering for, evangelical Christian? I'm telling you this as a Christian because they love to brainwash you into thinking that you should hate Muslims. But what are you actually cheering for? What do you know about the history of your own religion? What do you know about anything? How can you put the word Christian in the same phrase as supporting mass murder and genocide? You should be ashamed of yourselves. If you're a Christian, you should believe in judgment day. I hope you all burn for what you've done.</w:t>
      </w:r>
    </w:p>
    <w:p/>
    <w:p>
      <w:r>
        <w:rPr>
          <w:b/>
          <w:color w:val="0F766E"/>
          <w:sz w:val="26"/>
        </w:rPr>
        <w:t>Christian Communities Under Attack</w:t>
      </w:r>
    </w:p>
    <w:p/>
    <w:p>
      <w:r>
        <w:t>According to reporting from Channel 13, a reporter named Yossi Elie went undercover as a priest for a day. Dressed in a robe, he walked through the Old City with Franciscan Father Alberto. Within the first five minutes, he was spat at five times by Orthodox Jewish Israelis. Christian citizens feel attacked in their places of prayer, in their cemeteries, and on the streets. This is the reality of what is happening to Christians in this region.</w:t>
      </w:r>
    </w:p>
    <w:p/>
    <w:p>
      <w:r>
        <w:rPr>
          <w:b/>
        </w:rPr>
        <w:t>Reference i teme</w:t>
      </w:r>
    </w:p>
    <w:p>
      <w:r>
        <w:t>Teme: #Evangelical Christian support for Israel, #Palestinian displacement and ethnic cleansing, #Christian theology and moral accountability, #Interfaith relations—Islam, Christianity, Judaism, #Religious double standards and selective justice, #Christian communities in the Middle East, #Historical atrocities and collective memory</w:t>
      </w:r>
    </w:p>
    <w:p/>
    <w:p>
      <w:r>
        <w:rPr>
          <w:i/>
          <w:color w:val="94A3B8"/>
          <w:sz w:val="16"/>
        </w:rPr>
        <w:t>Generated by MinbarLive — Knowledge Library · https://minbarlive.com/videos/nicole-janes-unapologetically-for-all-those-who-are-complicit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