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Nicole Janes: „Ohne Entschuldigung, für alle, die mitschuldig sind!"</w:t>
      </w:r>
    </w:p>
    <w:p>
      <w:r>
        <w:rPr>
          <w:b/>
        </w:rPr>
        <w:t xml:space="preserve">Izvor: </w:t>
      </w:r>
      <w:r>
        <w:rPr>
          <w:color w:val="0F766E"/>
        </w:rPr>
        <w:t>https://minbarlive.com/videos/de/nicole-janes-ohne-entschuldigung-fuer-alle-die-mitschuldig-sind</w:t>
      </w:r>
    </w:p>
    <w:p/>
    <w:p>
      <w:r>
        <w:rPr>
          <w:i/>
        </w:rPr>
        <w:t>Ein christlicher Evangelist kritisiert die evangelikale Unterstützung Israels und argumentiert, dass diese Unterstützung den grundlegenden christlichen Prinzipien widerspricht, den Islam und das Judentum falsch darstellt und massenhafte Gewalt und Vertreibung gegen Palästinenser ermöglicht.</w:t>
      </w:r>
    </w:p>
    <w:p/>
    <w:p>
      <w:r>
        <w:rPr>
          <w:b/>
        </w:rPr>
        <w:t>Sažetak</w:t>
      </w:r>
    </w:p>
    <w:p>
      <w:r>
        <w:t>Dieses Zeugnis präsentiert die scharfe Kritik eines christlichen Evangelisten an der evangelikalen politischen und theologischen Unterstützung für Israel. Der Redner hinterfragt die theologische Rechtfertigung der Handlungen des israelischen Staates – insbesondere die Behauptungen der göttlichen Auserwähltheit – als unvereinbar mit den christlichen Lehren gegen Töten, Diebstahl und Völkermord. Der Redner kontextualisiert den Holocaust im Rahmen weiterer historischer Gräueltaten, einschließlich der Tode von Christen unter bolschewistischer Herrschaft, um selektive moralische Empörung und historische Erinnerung zu hinterfragen. Das Zeugnis thematisiert die Fehlinterpretation des Islam und des Judentums unter westlichen Christen und weist darauf hin, dass der Islam den Respekt vor Jesus Christus als Gesandten lehrt, während bestimmte jüdische religiöse Texte abfällige Darstellungen von christlichen Figuren enthalten – eine Diskrepanz, die der Redner als durch Antisemitismusvorwürfe verschleiert ansieht. Der Redner zitiert auch Berichte über christliche Gemeinschaften in der Region, die Belästigungen und Übergriffen von israelischen Siedlern an heiligen Stätten und in öffentlichen Räumen ausgesetzt sind. Im gesamten Zeugnis wird die Kohärenz der christlichen Identität mit der Unterstützung dessen, was der Redner als Massenmord, ethnische Säuberung und Landraub charakterisiert, in Frage gestellt.</w:t>
      </w:r>
    </w:p>
    <w:p/>
    <w:p>
      <w:r>
        <w:rPr>
          <w:b/>
        </w:rPr>
        <w:t>Ključne poruke</w:t>
      </w:r>
    </w:p>
    <w:p>
      <w:pPr>
        <w:pStyle w:val="ListBullet"/>
      </w:pPr>
      <w:r>
        <w:t>Der Redner argumentiert, dass theologische Ansprüche auf göttliche Auserwähltheit, die zur Rechtfertigung der Handlungen des israelischen Staates verwendet werden, dem christlichen Monotheismus widersprechen und mit Rassismus, Tribalismus und ethnischer Säuberung übereinstimmen.</w:t>
      </w:r>
    </w:p>
    <w:p>
      <w:pPr>
        <w:pStyle w:val="ListBullet"/>
      </w:pPr>
      <w:r>
        <w:t>Der Redner stellt die Holocaust-Gedenkfeier in einen breiteren historischen Kontext von Massenverbrechen, einschließlich der bolschewistischen Gewalt gegen Christen, um das zu hinterfragen, was er als selektiven moralischen Aufschrei charakterisiert.</w:t>
      </w:r>
    </w:p>
    <w:p>
      <w:pPr>
        <w:pStyle w:val="ListBullet"/>
      </w:pPr>
      <w:r>
        <w:t>Der Redner weist darauf hin, dass der Islam den Respekt vor Jesus Christus als Gesandten Gottes lehrt, während er behauptet, dass bestimmte jüdische religiöse Texte abwertende Darstellungen von Jesus und Maria enthalten – Beobachtungen, die seiner Meinung nach durch Antisemitismusvorwürfe unterdrückt werden.</w:t>
      </w:r>
    </w:p>
    <w:p>
      <w:pPr>
        <w:pStyle w:val="ListBullet"/>
      </w:pPr>
      <w:r>
        <w:t>Der Redner behauptet, dass die evangelikale christliche Unterstützung für die militärischen und politischen Handlungen Israels grundlegend den christlichen ethischen Lehren widerspricht, insbesondere den Geboten gegen Töten und Stehlen.</w:t>
      </w:r>
    </w:p>
    <w:p>
      <w:pPr>
        <w:pStyle w:val="ListBullet"/>
      </w:pPr>
      <w:r>
        <w:t>Der Redner zitiert Berichte von Channel 13, die dokumentieren, dass christliche Bewohner und Besucher in Jerusalem von israelischen Siedlern in religiösen Räumen und öffentlichen Bereichen angespuckt, belästigt und angegriffen werden.</w:t>
      </w:r>
    </w:p>
    <w:p>
      <w:pPr>
        <w:pStyle w:val="ListBullet"/>
      </w:pPr>
      <w:r>
        <w:t>Der Redner ist der Ansicht, dass westliche evangelikale Christen ideologisch in den Hass auf Muslime manipuliert wurden, während sie unwissend über ihre eigene religiöse Geschichte und Lehren bleiben.</w:t>
      </w:r>
    </w:p>
    <w:p/>
    <w:p>
      <w:r>
        <w:rPr>
          <w:b/>
        </w:rPr>
        <w:t>Članak</w:t>
      </w:r>
    </w:p>
    <w:p>
      <w:r>
        <w:rPr>
          <w:b/>
          <w:color w:val="0F766E"/>
          <w:sz w:val="26"/>
        </w:rPr>
        <w:t>Über religiöse Heuchelei und selektive Moral</w:t>
      </w:r>
    </w:p>
    <w:p/>
    <w:p>
      <w:r>
        <w:t>Ich denke, ich bin ein guter Mensch. Ich bin ein christlicher Evangelist und stehe zu Israel. Aber lass mich fragen: Bist du dumm? Wenn Gott ein auserwähltes Volk hat, bedeutet das, dass Gott unfair und rassistisch ist und ethnische Säuberung billigt? Sagst du, Gott ist ein Stammesgott, ein parteiischer Gott, der einige Menschen über andere stellt? Bist du dir sicher, dass du von Gott sprichst? Denn was du beschreibst, klingt nach Blasphemie. Wenn du an einen Gott glaubst, der diskriminiert, einen Gott, der sogenannten auserwählten Menschen erlaubt, zu morden, Völkermord zu begehen und Land zu stehlen – bist du dir überhaupt sicher, dass du Christ bist? Kennst du die Regeln des Christentums? Stehle nicht, töte nicht. Das sind zehn Regeln. Und doch rechtfertigst du diese Taten im Namen Gottes.</w:t>
      </w:r>
    </w:p>
    <w:p/>
    <w:p>
      <w:r>
        <w:rPr>
          <w:b/>
          <w:color w:val="0F766E"/>
          <w:sz w:val="26"/>
        </w:rPr>
        <w:t>Der Holocaust und historischer Kontext</w:t>
      </w:r>
    </w:p>
    <w:p/>
    <w:p>
      <w:r>
        <w:t>Ja, der Holocaust war eine Tragödie, und sechs Millionen Menschen wurden getötet. Aber er war bei weitem nicht die größte Tragödie in der Menschheitsgeschichte. Weißt du, welcher Satz normalerweise als nächstes kommt? Dass jeder, der Israel kritisiert, antisemitisch ist. Aber lass mich dich etwas fragen: Weißt du von den zwanzig Millionen Christen – oder mehr – die in Konzentrationslagern von den Bolschewiken abgeschlachtet wurden? Was für ein Christ bist du, wenn du darüber schweigst? Und hier ist das Interessante: Von fünfhundertfünfundzwanzig Mitgliedern in der bolschewistischen Verwaltung waren vierhundertsiebenundzwanzig jüdisch. Diejenigen, die an der Macht waren, die Gewählten von den Bolschewiken, waren jüdisch. Ich frage dich als Christ: Was sollen wir tun, nachdem mehr als zwanzig Millionen Christen abgeschlachtet wurden? Sollten wir auch unser eigenes Land im Namen Gottes beanspruchen? Das ist es, was deine Religion geworden ist. Das ist der Grund, warum du unterstützt, was du unterstützt. Oder vielleicht, wie ich von Anfang an gesagt habe, bist du einfach dumm.</w:t>
      </w:r>
    </w:p>
    <w:p/>
    <w:p>
      <w:r>
        <w:rPr>
          <w:b/>
          <w:color w:val="0F766E"/>
          <w:sz w:val="26"/>
        </w:rPr>
        <w:t>Religiöser Respekt zwischen den Glaubensrichtungen</w:t>
      </w:r>
    </w:p>
    <w:p/>
    <w:p>
      <w:r>
        <w:t>Du sprichst davon, dass Muslime und Christen zusammen sein sollten. Aber weißt du, was der Islam über Jesus Christus lehrt? Im Islam wird Jesus Christus respektiert und als Gesandter Gottes dargestellt. Rate mal, wo Jesus Christus als in Exkrementen kochend und die Jungfrau Maria als Prostituierte dargestellt wird. Genau. Du hast es erraten. Aber ich nehme an, wenn ich das anspreche, sollte ich als antisemitisch abgestempelt werden. Also, wofür jubelst du, evangelikaler Christ? Ich sage dir das als Christ, weil sie dich gerne indoktrinieren, damit du Muslime hassen sollst. Aber wofür jubelst du eigentlich? Was weißt du über die Geschichte deiner eigenen Religion? Was weißt du über irgendetwas? Wie kannst du das Wort Christ in denselben Satz wie die Unterstützung von Massenmord und Völkermord setzen? Ihr solltet euch schämen. Wenn du Christ bist, solltest du an den Tag des Gerichts glauben. Ich hoffe, ihr brennt alle für das, was ihr getan habt.</w:t>
      </w:r>
    </w:p>
    <w:p/>
    <w:p>
      <w:r>
        <w:rPr>
          <w:b/>
          <w:color w:val="0F766E"/>
          <w:sz w:val="26"/>
        </w:rPr>
        <w:t>Christliche Gemeinschaften unter Angriff</w:t>
      </w:r>
    </w:p>
    <w:p/>
    <w:p>
      <w:r>
        <w:t>Laut Berichten von Channel 13 ging ein Reporter namens Yossi Elie undercover als Priester für einen Tag. In einem Gewand gekleidet, ging er mit dem Franziskaner-Pater Alberto durch die Altstadt. Innerhalb der ersten fünf Minuten wurde er fünfmal von orthodoxen jüdischen Israelis angespuckt. Christliche Bürger fühlen sich an ihren Gebetsstätten, in ihren Friedhöfen und auf den Straßen angegriffen. Das ist die Realität dessen, was Christen in dieser Region widerfährt.</w:t>
      </w:r>
    </w:p>
    <w:p/>
    <w:p>
      <w:r>
        <w:rPr>
          <w:b/>
        </w:rPr>
        <w:t>Reference i teme</w:t>
      </w:r>
    </w:p>
    <w:p>
      <w:r>
        <w:t>Teme: #Evangelikaler christlicher Support für Israel, #Palästinensische Vertreibung und ethnische Säuberung, #Christliche Theologie und moralische Verantwortung, #Interreligiöse Beziehungen – Islam, Christentum, Judentum, #Religiöse Doppelstandards und selektive Gerechtigkeit, #Christliche Gemeinschaften im Nahen Osten, #Historische Gräueltaten und kollektives Gedächtnis</w:t>
      </w:r>
    </w:p>
    <w:p/>
    <w:p>
      <w:r>
        <w:rPr>
          <w:i/>
          <w:color w:val="94A3B8"/>
          <w:sz w:val="16"/>
        </w:rPr>
        <w:t>Generated by MinbarLive — Knowledge Library · https://minbarlive.com/videos/de/nicole-janes-ohne-entschuldigung-fuer-alle-die-mitschuldig-sind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