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El rabino Shmuley insinúa que Israel debería eliminar a Tucker Carlson y Candace Owens</w:t>
      </w:r>
    </w:p>
    <w:p>
      <w:r>
        <w:rPr>
          <w:b/>
        </w:rPr>
        <w:t xml:space="preserve">Govornik: </w:t>
      </w:r>
      <w:r>
        <w:t>Rabbi Shmuley</w:t>
      </w:r>
    </w:p>
    <w:p>
      <w:r>
        <w:rPr>
          <w:b/>
        </w:rPr>
        <w:t xml:space="preserve">Izvor: </w:t>
      </w:r>
      <w:r>
        <w:rPr>
          <w:color w:val="0F766E"/>
        </w:rPr>
        <w:t>https://minbarlive.com/videos/es/el-rabino-shmuley-insinua-que-israel-deberia-eliminar-a-tucker-carlson-y-candace</w:t>
      </w:r>
    </w:p>
    <w:p/>
    <w:p>
      <w:r>
        <w:rPr>
          <w:i/>
        </w:rPr>
        <w:t>El rabino Shmuley argumenta que las comunidades judías deben priorizar ser temidas en lugar de ser amadas, citando el asesinato de Ismail Haniyeh en Teherán como un ejemplo de disuasión efectiva, y pide responsabilidad mediática contra figuras que identifica como antisemitas, incluyendo a Candace Owens, Roger Waters y Tucker Carlson.</w:t>
      </w:r>
    </w:p>
    <w:p/>
    <w:p>
      <w:r>
        <w:rPr>
          <w:b/>
        </w:rPr>
        <w:t>Sažetak</w:t>
      </w:r>
    </w:p>
    <w:p>
      <w:r>
        <w:t>En esta charla, el Rabino Shmuley presenta un argumento psicológico y estratégico para un cambio en la postura colectiva judía, de buscar aprobación a establecer disuasión. Enmarca el 7 de octubre como un momento que exige que los judíos elijan el miedo sobre el amor, un principio que ilustra a través del asesinato del líder de Hamas, Ismail Haniyeh, en la capital de Irán, argumentando que envía un mensaje de disuasión en toda la región. Extendiendo esta lógica a la esfera mediática estadounidense, identifica a Candace Owens, Roger Waters y Tucker Carlson como voces antisemitas prominentes y cuestiona por qué no se les confronta con la misma intensidad. Critica a Tucker Carlson específicamente como negador del Holocausto y señala un segmento de un historiador ampliamente visto en su programa que supuestamente negó el Holocausto como genocidio. El orador llama a los líderes políticos estadounidenses, incluido el presidente Trump, a distanciarse de tales figuras y a detener lo que describe como una profanación de la memoria de las víctimas del Holocausto. A lo largo de su discurso, Shmuley enmarca su argumento como un rechazo al miedo judío y un llamado a la confrontación ofensiva contra enemigos y el antisemitismo.</w:t>
      </w:r>
    </w:p>
    <w:p/>
    <w:p>
      <w:r>
        <w:rPr>
          <w:b/>
        </w:rPr>
        <w:t>Ključne poruke</w:t>
      </w:r>
    </w:p>
    <w:p>
      <w:pPr>
        <w:pStyle w:val="ListBullet"/>
      </w:pPr>
      <w:r>
        <w:t>Históricamente, los judíos han buscado ser queridos; el 7 de octubre requiere una elección estratégica para ser temidos en su lugar, con la disuasión—no la aprobación—como objetivo principal.</w:t>
      </w:r>
    </w:p>
    <w:p>
      <w:pPr>
        <w:pStyle w:val="ListBullet"/>
      </w:pPr>
      <w:r>
        <w:t>El asesinato de Ismail Haniyeh en Teherán ejemplifica el mensaje de disuasión a los adversarios regionales, señalando que 'estos judíos realmente contraatacan.'</w:t>
      </w:r>
    </w:p>
    <w:p>
      <w:pPr>
        <w:pStyle w:val="ListBullet"/>
      </w:pPr>
      <w:r>
        <w:t>Candace Owens, Roger Waters y Tucker Carlson son identificados como figuras prominentes antisemitas en los medios estadounidenses que deberían rendir cuentas en lugar de tener influencia.</w:t>
      </w:r>
    </w:p>
    <w:p>
      <w:pPr>
        <w:pStyle w:val="ListBullet"/>
      </w:pPr>
      <w:r>
        <w:t>Tucker Carlson es caracterizado como un negador del Holocausto; su plataforma ha transmitido contenido que niega el Holocausto como genocidio, alcanzando a 42 millones de espectadores.</w:t>
      </w:r>
    </w:p>
    <w:p>
      <w:pPr>
        <w:pStyle w:val="ListBullet"/>
      </w:pPr>
      <w:r>
        <w:t>Los presidentes estadounidenses—independientemente de su postura pro-Israel—no deberían incluir a negadores del Holocausto o figuras antisemitas en sus círculos.</w:t>
      </w:r>
    </w:p>
    <w:p>
      <w:pPr>
        <w:pStyle w:val="ListBullet"/>
      </w:pPr>
      <w:r>
        <w:t>El orador rechaza la postura del miedo judío y llama a una confrontación proactiva: 'Vamos a llevar la lucha a nuestros enemigos.'</w:t>
      </w:r>
    </w:p>
    <w:p/>
    <w:p>
      <w:r>
        <w:rPr>
          <w:b/>
        </w:rPr>
        <w:t>Članak</w:t>
      </w:r>
    </w:p>
    <w:p>
      <w:r>
        <w:rPr>
          <w:b/>
          <w:color w:val="0F766E"/>
          <w:sz w:val="26"/>
        </w:rPr>
        <w:t>El Cambio Psicológico: De Ser Amados a Ser Temidos</w:t>
      </w:r>
    </w:p>
    <w:p/>
    <w:p>
      <w:r>
        <w:t>Durante miles de años, los judíos han desarrollado lo que yo llamaría una construcción mental insidiosa: la creencia de que necesitamos ser amados, que necesitamos que todos nos gusten. Ahora, eso sería agradable. Maquiavelo dijo hace 500 años en Florencia que deberías querer ser amado y temido. Pero si tienes que elegir, y el 7 de octubre nos ha obligado a elegir, entonces necesitas elegir ser temido sobre ser amado. El pueblo judío tiene que ser temido. Hamas tiene que temer a las FDI. Hezbolá tiene que temer al Mossad. Irán tiene que temer al Mossad.</w:t>
      </w:r>
    </w:p>
    <w:p/>
    <w:p>
      <w:r>
        <w:rPr>
          <w:b/>
          <w:color w:val="0F766E"/>
          <w:sz w:val="26"/>
        </w:rPr>
        <w:t>El Ejemplo de Ismail Haniyeh y la Disuasión Regional</w:t>
      </w:r>
    </w:p>
    <w:p/>
    <w:p>
      <w:r>
        <w:t>Solo piensa en esto por un momento. Cuando Israel entra en el corazón de Teherán y mata a Ismail Haniyeh, ¿qué crees que está pensando el propio Jomeini? Está pensando: "Uh oh. Soy el siguiente. Estos judíos realmente contraatacan." Siento pena por Haniyeh porque si tuviera 4 mil millones de dólares, desearía haber vivido más tiempo y haber comprado más jacuzzis, más Gulfstream seis, y todo ese dinero desperdiciado, por el cual sus hijos ahora están demandando a Erdogan. Pero el punto es claro: cuando golpeas el corazón de la capital de tu enemigo, envías un mensaje de disuasión que resuena en toda la región.</w:t>
      </w:r>
    </w:p>
    <w:p/>
    <w:p>
      <w:r>
        <w:rPr>
          <w:b/>
          <w:color w:val="0F766E"/>
          <w:sz w:val="26"/>
        </w:rPr>
        <w:t>Responsabilidad de los Medios y Antisemitismo en América</w:t>
      </w:r>
    </w:p>
    <w:p/>
    <w:p>
      <w:r>
        <w:t>El mismo principio debería aplicarse en los medios. ¿Por qué no vamos tras Candace Owens, la antisemita reptiliana más repugnante de América? ¿Por qué no vamos tras Roger Waters? ¿Por qué no vamos tras Tucker Carlson? El presidente Trump, que habló aquí en el IAC el otro día y ha sido el presidente más pro-Israel en la historia de América, ¿qué está haciendo con Tucker Carlson en su oído? Tucker Carlson es un negador del Holocausto. Tucker Carlson acaba de tener a un historiador—42 millones de personas lo vieron—que afirmó que el Holocausto no fue un programa de genocidio, que las víctimas eran como prisioneros de guerra que murieron de enfermedades.</w:t>
      </w:r>
    </w:p>
    <w:p/>
    <w:p>
      <w:r>
        <w:rPr>
          <w:b/>
          <w:color w:val="0F766E"/>
          <w:sz w:val="26"/>
        </w:rPr>
        <w:t>Resistiendo la Profanación y el Miedo</w:t>
      </w:r>
    </w:p>
    <w:p/>
    <w:p>
      <w:r>
        <w:t>Dejen de tonterías y dejen de profanar la memoria de nuestros 6 millones. Ningún presidente estadounidense, ya sea Biden, George Bush, o el mejor presidente para Israel, Trump, debería tener a personas así en su círculo. Tenemos que ir tras los Tucker Carlsons de este mundo. Estoy cansado de ser un judío asustado. Estoy cansado de temblar y estremecerme ante nuestros enemigos. Vamos a llevar la lucha a nuestros enemigos.</w:t>
      </w:r>
    </w:p>
    <w:p/>
    <w:p>
      <w:r>
        <w:rPr>
          <w:b/>
        </w:rPr>
        <w:t>Reference i teme</w:t>
      </w:r>
    </w:p>
    <w:p>
      <w:r>
        <w:t>Teme: #Estrategia de autodefensa y disuasión judía, #Asesinato de Ismail Haniyeh, #Antisemitismo en los medios estadounidenses, #Tucker Carlson y la negación del Holocausto, #Tensiones entre Israel e Irán, #Responsabilidad de los medios, #Identidad judía y miedo</w:t>
      </w:r>
    </w:p>
    <w:p/>
    <w:p>
      <w:r>
        <w:rPr>
          <w:i/>
          <w:color w:val="94A3B8"/>
          <w:sz w:val="16"/>
        </w:rPr>
        <w:t>Generated by MinbarLive — Knowledge Library · https://minbarlive.com/videos/es/el-rabino-shmuley-insinua-que-israel-deberia-eliminar-a-tucker-carlson-y-candace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