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Le rabbin Shmuley laisse entendre qu'Israël devrait éliminer Tucker Carlson et Candace Owens</w:t>
      </w:r>
    </w:p>
    <w:p>
      <w:r>
        <w:rPr>
          <w:b/>
        </w:rPr>
        <w:t xml:space="preserve">Govornik: </w:t>
      </w:r>
      <w:r>
        <w:t>Rabbi Shmuley</w:t>
      </w:r>
    </w:p>
    <w:p>
      <w:r>
        <w:rPr>
          <w:b/>
        </w:rPr>
        <w:t xml:space="preserve">Izvor: </w:t>
      </w:r>
      <w:r>
        <w:rPr>
          <w:color w:val="0F766E"/>
        </w:rPr>
        <w:t>https://minbarlive.com/videos/fr/le-rabbin-shmuley-laisse-entendre-qu-israel-devrait-eliminer-tucker-carlson-et-c</w:t>
      </w:r>
    </w:p>
    <w:p/>
    <w:p>
      <w:r>
        <w:rPr>
          <w:i/>
        </w:rPr>
        <w:t>Le rabbin Shmuley soutient que les communautés juives doivent privilégier la peur à l'amour, citant l'assassinat d'Ismail Haniyeh à Téhéran comme un exemple de dissuasion efficace, et appelle à la responsabilité des médias contre des figures qu'il identifie comme antisémites, y compris Candace Owens, Roger Waters et Tucker Carlson.</w:t>
      </w:r>
    </w:p>
    <w:p/>
    <w:p>
      <w:r>
        <w:rPr>
          <w:b/>
        </w:rPr>
        <w:t>Sažetak</w:t>
      </w:r>
    </w:p>
    <w:p>
      <w:r>
        <w:t>Dans cette intervention, le rabbin Shmuley présente un argument psychologique et stratégique pour un changement de posture collective juive, passant de la recherche d'approbation à l'établissement d'une dissuasion. Il considère le 7 octobre comme un moment décisif qui exige des Juifs de choisir la peur plutôt que l'amour, un principe qu'il illustre par l'assassinat du leader du Hamas, Ismail Haniyeh, dans la capitale iranienne, soutenant que cela envoie un message de dissuasion à travers la région. En étendant cette logique à la sphère médiatique américaine, il identifie Candace Owens, Roger Waters et Tucker Carlson comme des voix antisémites notables et s'interroge sur les raisons pour lesquelles ils ne sont pas confrontés avec la même intensité. Il critique spécifiquement Tucker Carlson en tant que négationniste de l'Holocauste et mentionne un segment d'historien largement visionné dans son émission qui aurait nié l'Holocauste en tant que génocide. L'orateur appelle les dirigeants politiques américains, y compris le président Trump, à se distancier de telles figures et à mettre fin à ce qu'il décrit comme une profanation de la mémoire des victimes de l'Holocauste. Tout au long de son discours, Shmuley présente son argument comme un rejet de la peur juive et un appel à une confrontation offensive contre les ennemis et l'antisémitisme.</w:t>
      </w:r>
    </w:p>
    <w:p/>
    <w:p>
      <w:r>
        <w:rPr>
          <w:b/>
        </w:rPr>
        <w:t>Ključne poruke</w:t>
      </w:r>
    </w:p>
    <w:p>
      <w:pPr>
        <w:pStyle w:val="ListBullet"/>
      </w:pPr>
      <w:r>
        <w:t>Les Juifs ont historiquement cherché à être appréciés ; le 7 octobre nécessite un choix stratégique d'être craints à la place, avec la dissuasion—et non l'approbation—comme objectif principal.</w:t>
      </w:r>
    </w:p>
    <w:p>
      <w:pPr>
        <w:pStyle w:val="ListBullet"/>
      </w:pPr>
      <w:r>
        <w:t>L'assassinat d'Ismail Haniyeh à Téhéran illustre le message de dissuasion aux adversaires régionaux, signalant que 'ces Juifs se battent en réalité.'</w:t>
      </w:r>
    </w:p>
    <w:p>
      <w:pPr>
        <w:pStyle w:val="ListBullet"/>
      </w:pPr>
      <w:r>
        <w:t>Candace Owens, Roger Waters et Tucker Carlson sont identifiés comme des figures antisémites de premier plan dans les médias américains qui devraient rendre des comptes plutôt que d'influencer.</w:t>
      </w:r>
    </w:p>
    <w:p>
      <w:pPr>
        <w:pStyle w:val="ListBullet"/>
      </w:pPr>
      <w:r>
        <w:t>Tucker Carlson est caractérisé comme un négationniste de l'Holocauste ; sa plateforme a diffusé du contenu niant l'Holocauste en tant que génocide, atteignant 42 millions de téléspectateurs.</w:t>
      </w:r>
    </w:p>
    <w:p>
      <w:pPr>
        <w:pStyle w:val="ListBullet"/>
      </w:pPr>
      <w:r>
        <w:t>Les présidents américains—quels que soient leur position pro-Israël—ne devraient pas inclure de négationnistes de l'Holocauste ou de figures antisémites dans leurs cercles.</w:t>
      </w:r>
    </w:p>
    <w:p>
      <w:pPr>
        <w:pStyle w:val="ListBullet"/>
      </w:pPr>
      <w:r>
        <w:t>L'orateur rejette la posture de peur juive et appelle à une confrontation proactive : 'Nous allons amener le combat à nos ennemis.'</w:t>
      </w:r>
    </w:p>
    <w:p/>
    <w:p>
      <w:r>
        <w:rPr>
          <w:b/>
        </w:rPr>
        <w:t>Članak</w:t>
      </w:r>
    </w:p>
    <w:p>
      <w:r>
        <w:rPr>
          <w:b/>
          <w:color w:val="0F766E"/>
          <w:sz w:val="26"/>
        </w:rPr>
        <w:t>Le Changement Psychologique : Passer d'être Aimé à Être Craint</w:t>
      </w:r>
    </w:p>
    <w:p/>
    <w:p>
      <w:r>
        <w:t>Depuis des milliers d'années, les Juifs ont développé ce que j'appellerais une construction mentale insidieuse : la croyance que nous devons être aimés, que nous avons besoin que tout le monde nous aime. Cela serait agréable. Machiavel a dit il y a 500 ans à Florence que l'on devrait vouloir être aimé et craint. Mais si vous devez choisir, et le 7 octobre nous a forcés à choisir, alors vous devez choisir d'être craint plutôt qu'aimé. Le peuple juif doit être craint. Le Hamas doit craindre l'IDF. Le Hezbollah doit craindre le Mossad. L'Iran doit craindre le Mossad.</w:t>
      </w:r>
    </w:p>
    <w:p/>
    <w:p>
      <w:r>
        <w:rPr>
          <w:b/>
          <w:color w:val="0F766E"/>
          <w:sz w:val="26"/>
        </w:rPr>
        <w:t>L'Exemple d'Ismail Haniyeh et de la Dissuasion Régionale</w:t>
      </w:r>
    </w:p>
    <w:p/>
    <w:p>
      <w:r>
        <w:t>Pensez-y un instant. Quand Israël entre dans le cœur de Téhéran et tue Ismail Haniyeh, que pensez-vous que Khamenei lui-même pense ? Il pense : "Oh là là. Je suis le prochain. Ces Juifs se battent réellement." Je me sens mal pour Haniyeh car si j'avais 4 milliards de dollars, j'aurais aimé vivre plus longtemps et acheter plus de jacuzzis, plus de Gulfstream six, et tout cet argent gaspillé—pour lequel ses enfants poursuivent maintenant Erdogan. Mais le point est clair : quand vous frappez au cœur de la capitale de votre ennemi, vous envoyez un message de dissuasion qui résonne dans toute la région.</w:t>
      </w:r>
    </w:p>
    <w:p/>
    <w:p>
      <w:r>
        <w:rPr>
          <w:b/>
          <w:color w:val="0F766E"/>
          <w:sz w:val="26"/>
        </w:rPr>
        <w:t>Responsabilité des Médias et Antisémitisme en Amérique</w:t>
      </w:r>
    </w:p>
    <w:p/>
    <w:p>
      <w:r>
        <w:t>Le même principe devrait s'appliquer aux médias. Pourquoi ne poursuivons-nous pas Candace Owens, l'antisémitisme reptilien le plus dégoûtant d'Amérique ? Pourquoi ne poursuivons-nous pas Roger Waters ? Pourquoi ne poursuivons-nous pas Tucker Carlson ? Le président Trump, qui a parlé ici à l'IAC l'autre jour et a été le président le plus pro-Israël de l'histoire américaine, que fait-il avec Tucker Carlson à l'oreille ? Tucker Carlson est un négationniste de l'Holocauste. Tucker Carlson a juste eu un historien—42 millions de personnes l'ont regardé—qui a affirmé que l'Holocauste n'était pas un programme de génocide, que les victimes étaient comme des prisonniers de guerre qui sont morts de maladies.</w:t>
      </w:r>
    </w:p>
    <w:p/>
    <w:p>
      <w:r>
        <w:rPr>
          <w:b/>
          <w:color w:val="0F766E"/>
          <w:sz w:val="26"/>
        </w:rPr>
        <w:t>Résister à la Profanation et à la Peur</w:t>
      </w:r>
    </w:p>
    <w:p/>
    <w:p>
      <w:r>
        <w:t>Arrêtez les bêtises et cessez de profaner la mémoire de nos 6 millions. Aucun président américain, que ce soit Biden, George Bush, ou le plus grand président pour Israël, Trump, ne devrait avoir des gens comme ça dans son cercle. Nous devons nous attaquer aux Tucker Carlson de ce monde. J'en ai assez d'être un Juif effrayé. J'en ai assez de trembler et de frémir devant nos ennemis. Nous allons porter le combat à nos ennemis.</w:t>
      </w:r>
    </w:p>
    <w:p/>
    <w:p>
      <w:r>
        <w:rPr>
          <w:b/>
        </w:rPr>
        <w:t>Reference i teme</w:t>
      </w:r>
    </w:p>
    <w:p>
      <w:r>
        <w:t>Teme: #Stratégie de défense et de dissuasion juive, #Assassinat d'Ismail Haniyeh, #Antisémitisme dans les médias américains, #Tucker Carlson et le déni de l'Holocauste, #Tensions Israël-Iran, #Responsabilité des médias, #Identité juive et peur</w:t>
      </w:r>
    </w:p>
    <w:p/>
    <w:p>
      <w:r>
        <w:rPr>
          <w:i/>
          <w:color w:val="94A3B8"/>
          <w:sz w:val="16"/>
        </w:rPr>
        <w:t>Generated by MinbarLive — Knowledge Library · https://minbarlive.com/videos/fr/le-rabbin-shmuley-laisse-entendre-qu-israel-devrait-eliminer-tucker-carlson-et-c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