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Izraelski kapetan koji je ispraznio pušku u školarku 🍉</w:t>
      </w:r>
    </w:p>
    <w:p>
      <w:r>
        <w:rPr>
          <w:b/>
        </w:rPr>
        <w:t xml:space="preserve">Izvor: </w:t>
      </w:r>
      <w:r>
        <w:rPr>
          <w:color w:val="0F766E"/>
        </w:rPr>
        <w:t>https://minbarlive.com/videos/hr/izraelski-kapetan-koji-je-ispraznio-pusku-u-skolarku</w:t>
      </w:r>
    </w:p>
    <w:p/>
    <w:p>
      <w:r>
        <w:rPr>
          <w:i/>
        </w:rPr>
        <w:t>U listopadu 2004. godine, 13-godišnja Iman Al-Hams ubijena je od strane izraelskih vojnika u Gazi dok je išla u školu blizu rute Philadelphia. Snimke vojne radio komunikacije opovrgnule su tvrdnju vojnika da je predstavljala prijetnju, a kapetan je potom ispalio više metaka u njezino tijelo iz blizine.</w:t>
      </w:r>
    </w:p>
    <w:p/>
    <w:p>
      <w:r>
        <w:rPr>
          <w:b/>
        </w:rPr>
        <w:t>Sažetak</w:t>
      </w:r>
    </w:p>
    <w:p>
      <w:r>
        <w:t>Ovaj izvještaj dokumentira smrt Iman Al-Hams, 13-godišnje palestinske djevojčice, koja je ubijena 5. listopada 2004. blizu izraelskog vojnog ispostave u Gazi. Vojnici su otvorili vatru na nju dok je išla u školu putem Philadelphia, tvrdeći da sumnjaju da nosi eksploziv u svom školskom ruksaku—kasnije je pronađeno da sadrži samo knjige. Radio komunikacija zabilježena u to vrijeme izričito ju je identificirala kao uplašeno dijete prije nego što je pucnjava eskalirala. Nakon što je ranjena i ležala na tlu 70 metara od ispostave, kapetan izraelske vojske prišao joj je i ispalio dva metka u njezinu glavu iz blizine, a zatim se vratio i ispalio ostatak svog spremnika u njezino tijelo automatski. CCTV snimka dokumentirala je cijelu sekvencu. Obdukcija je pronašla između 17 i 20 metaka u njezinu tijelu, s višestrukim ranama na glavi. Početno opravdanje vojnika—da je predstavljala eksplozivnu prijetnju—bilo je opovrgnuto vojnim radio prijenosima koji su pušteni tijekom suđenja, a koji nisu sadržavali opis nje kao prijetnje ili da se bavi sumnjivom aktivnošću. Suđenje kapetanu uslijedilo je nakon javnog bijesa, iako nije izrazio žaljenje i izjavio je da bi postupio identično čak i da je imala tri godine.</w:t>
      </w:r>
    </w:p>
    <w:p/>
    <w:p>
      <w:r>
        <w:rPr>
          <w:b/>
        </w:rPr>
        <w:t>Ključne poruke</w:t>
      </w:r>
    </w:p>
    <w:p>
      <w:pPr>
        <w:pStyle w:val="ListBullet"/>
      </w:pPr>
      <w:r>
        <w:t>Iman Al-Hams, stara 13 godina, pogođena je od strane izraelskih vojnika 5. listopada 2004. blizu rute Philadelphia u Gazi na putu do škole; njezina školska torba sadržavala je samo knjige, ne eksplozive.</w:t>
      </w:r>
    </w:p>
    <w:p>
      <w:pPr>
        <w:pStyle w:val="ListBullet"/>
      </w:pPr>
      <w:r>
        <w:t>Zapisnici vojne radio komunikacije otkrili su da su vojnici izričito identificirali nju kao uplašeno dijete prije nego što je pucnjava eskalirala, što proturječi kasnijim tvrdnjama da se sumnjalo da predstavlja prijetnju.</w:t>
      </w:r>
    </w:p>
    <w:p>
      <w:pPr>
        <w:pStyle w:val="ListBullet"/>
      </w:pPr>
      <w:r>
        <w:t>Nakon što je pogođena i ranjena 70 metara od vojnog položaja, Iman je prišao kapetan izraelske vojske koji je ispalio dva metka u njezinu glavu iz blizine, a zatim prešao na automatsku paljbu i ispraznio svoju municiju u njezino tijelo.</w:t>
      </w:r>
    </w:p>
    <w:p>
      <w:pPr>
        <w:pStyle w:val="ListBullet"/>
      </w:pPr>
      <w:r>
        <w:t>CCTV snimke dokumentirale su cijeli niz pucanja, a obdukcija je utvrdila između 17 i 20 metaka u njezinu tijelu, uključujući više hitaca u glavu.</w:t>
      </w:r>
    </w:p>
    <w:p>
      <w:pPr>
        <w:pStyle w:val="ListBullet"/>
      </w:pPr>
      <w:r>
        <w:t>Tijekom vojnih suđenja, kapetan nije pokazivao kajanje i svjedočio je da bi postupio isto da je imala tri godine, pokazujući odsutnost priznanja krivnje.</w:t>
      </w:r>
    </w:p>
    <w:p>
      <w:pPr>
        <w:pStyle w:val="ListBullet"/>
      </w:pPr>
      <w:r>
        <w:t>Izvorno opravdanje vojnika da je Iman postavljala eksplozivnu napravu otkriveno je kao lažno putem radio komunikacija predstavljenih na sudu, koje nisu sadržavale dokaze koji bi podržali narativ o prijetnji.</w:t>
      </w:r>
    </w:p>
    <w:p/>
    <w:p>
      <w:r>
        <w:rPr>
          <w:b/>
        </w:rPr>
        <w:t>Članak</w:t>
      </w:r>
    </w:p>
    <w:p>
      <w:r>
        <w:rPr>
          <w:b/>
          <w:color w:val="0F766E"/>
          <w:sz w:val="26"/>
        </w:rPr>
        <w:t>Incident</w:t>
      </w:r>
    </w:p>
    <w:p/>
    <w:p>
      <w:r>
        <w:t>Iman Al-Hams bila je 13-godišnja palestinska djevojčica koja je 5. listopada 2004. išla u školu. Hodala je uz put Philadelphia, gdje se nalazila blizu izraelska vojnika. Vojnici na promatračkom mjestu otvorili su vatru, sumnjajući da nosi eksploziv u školskoj torbi. Torba je kasnije pronađena s samo knjigama. Audio snimka vojnog radija otkrila je da je vojnik u promatračnici izričito identificirao kao malu djevojčicu koja je bila prestravljena prije nego što je pucnjava eskalirala.</w:t>
      </w:r>
    </w:p>
    <w:p/>
    <w:p>
      <w:r>
        <w:rPr>
          <w:b/>
          <w:color w:val="0F766E"/>
          <w:sz w:val="26"/>
        </w:rPr>
        <w:t>Sekvenca pucnjave</w:t>
      </w:r>
    </w:p>
    <w:p/>
    <w:p>
      <w:r>
        <w:t>Nakon što je pogođena i ranjena, Iman je ležala na tlu otprilike 70 metara od promatračkog mjesta. Tada joj je prišao kapetan izraelske vojske čiji identitet nije otkriven. Kapetan je ispalio još dva metka u njezinu glavu iz blizine. Na trenutak se udaljio od njezina tijela, a zatim se vratio, prešao na automatsko punjenje i ispalio ostatak svog spremnika u nju. Cijela sekvenca snimljena je kamerom CCTV. Naknadna obdukcija otkrila je između 17 i 20 metaka u tijelu djeteta, uključujući više hitaca u njezinu glavu.</w:t>
      </w:r>
    </w:p>
    <w:p/>
    <w:p>
      <w:r>
        <w:rPr>
          <w:b/>
          <w:color w:val="0F766E"/>
          <w:sz w:val="26"/>
        </w:rPr>
        <w:t>Istraživanje i sudski postupci</w:t>
      </w:r>
    </w:p>
    <w:p/>
    <w:p>
      <w:r>
        <w:t>Prvotna tvrdnja vojnika bila je da su otvorili vatru jer su sumnjali da postavlja eksplozivnu napravu. Međutim, radio prijenosi prikazani na sudu kasnije su otkrili da je ta tvrdnja lažna. Nigdje u tim snimkama nijedan vojnik ne opisuje nju kao prijetnju ili kaže da radi išta osim što ide u školu. Javna ljutnja dovela je do privremene suspenzije kapetana i vojnog suda. Tijekom postupka nije pokazao nikakvu kajanje za ono što je učinio. Rekao je sudu da bi postupio isto, čak i da je imala tri godine.</w:t>
      </w:r>
    </w:p>
    <w:p/>
    <w:p>
      <w:r>
        <w:rPr>
          <w:b/>
        </w:rPr>
        <w:t>Reference i teme</w:t>
      </w:r>
    </w:p>
    <w:p>
      <w:r>
        <w:t>Teme: #konflikt u Gazi, #izvanpravna ubijanja, #civilne žrtve, #upotreba sile, #vojna odgovornost, #dječje žrtve, #listopad 2004.</w:t>
      </w:r>
    </w:p>
    <w:p/>
    <w:p>
      <w:r>
        <w:rPr>
          <w:i/>
          <w:color w:val="94A3B8"/>
          <w:sz w:val="16"/>
        </w:rPr>
        <w:t>Generated by MinbarLive — Knowledge Library · https://minbarlive.com/videos/hr/izraelski-kapetan-koji-je-ispraznio-pusku-u-skolarku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