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Израильский капитан, опустошивший магазин в школьницу 🍉</w:t>
      </w:r>
    </w:p>
    <w:p>
      <w:r>
        <w:rPr>
          <w:b/>
        </w:rPr>
        <w:t xml:space="preserve">Izvor: </w:t>
      </w:r>
      <w:r>
        <w:rPr>
          <w:color w:val="0F766E"/>
        </w:rPr>
        <w:t>https://minbarlive.com/videos/ru/the-captain-who-emptied-his-rifle-into-a-schoolgirl</w:t>
      </w:r>
    </w:p>
    <w:p/>
    <w:p>
      <w:r>
        <w:rPr>
          <w:i/>
        </w:rPr>
        <w:t>В октябре 2004 года 13-летняя Иман Аль-Хамс была застрелена израильскими солдатами в Газе, когда шла в школу рядом с маршрутом Филадельфия. Записи военного радио противоречили утверждению солдат о том, что она представляла угрозу, и капитан впоследствии несколько раз выстрелил в её тело в упор.</w:t>
      </w:r>
    </w:p>
    <w:p/>
    <w:p>
      <w:r>
        <w:rPr>
          <w:b/>
        </w:rPr>
        <w:t>Sažetak</w:t>
      </w:r>
    </w:p>
    <w:p>
      <w:r>
        <w:t>Этот отчет документирует убийство Имана Аль-Хамса, 13-летней палестинской девочки, 5 октября 2004 года, рядом с израильским военным постом в Газе. Солдаты открыли огонь по ней, когда она шла в школу по маршруту Филадельфия, утверждая, что подозревают, что она несет взрывчатые вещества в своем школьном рюкзаке — позже оказалось, что там были только книги. Радиопереговоры, записанные в то время, явно идентифицировали ее как испуганного ребенка до того, как стрельба усилилась. После того как она была ранена и лежала на земле в 70 метрах от поста, капитан израильской армии подошел к ней и выстрелил два раза в голову на близком расстоянии, затем вернулся и выпустил оставшиеся патроны в ее тело в автоматическом режиме. Видеозапись с камер наблюдения зафиксировала всю последовательность событий. Аутопсия показала, что в ее теле было от 17 до 20 пуль, с несколькими попаданиями в голову. Первоначальное оправдание солдат — что она представляла собой взрывную угрозу — было опровергнуто военными радиопередачами, озвученными во время судебного разбирательства, в которых не было описания ее как угрозы или участия в каких-либо подозрительных действиях. Военный трибунал капитана последовал за общественным возмущением, хотя он не выразил сожаления и заявил, что поступил бы так же, даже если бы ей было три года.</w:t>
      </w:r>
    </w:p>
    <w:p/>
    <w:p>
      <w:r>
        <w:rPr>
          <w:b/>
        </w:rPr>
        <w:t>Ključne poruke</w:t>
      </w:r>
    </w:p>
    <w:p>
      <w:pPr>
        <w:pStyle w:val="ListBullet"/>
      </w:pPr>
      <w:r>
        <w:t>Имам Аль-Хамс, 13 лет, была застрелена израильскими солдатами 5 октября 2004 года рядом с маршрутом Филадельфия в Газе по пути в школу; в её школьной сумке были только книги, а не взрывчатые вещества.</w:t>
      </w:r>
    </w:p>
    <w:p>
      <w:pPr>
        <w:pStyle w:val="ListBullet"/>
      </w:pPr>
      <w:r>
        <w:t>Записи военных радиопередач показали, что солдаты явно идентифицировали её как испуганного ребёнка до того, как стрельба усилилась, что противоречит позднейшим утверждениям о том, что она могла представлять угрозу.</w:t>
      </w:r>
    </w:p>
    <w:p>
      <w:pPr>
        <w:pStyle w:val="ListBullet"/>
      </w:pPr>
      <w:r>
        <w:t>После того как её застрелили и ранили в 70 метрах от поста, к Имам подошёл капитан израильской армии, который выстрелил ей в голову два раза в упор, а затем переключился на автоматический огонь и опустошил свой магазин в её тело.</w:t>
      </w:r>
    </w:p>
    <w:p>
      <w:pPr>
        <w:pStyle w:val="ListBullet"/>
      </w:pPr>
      <w:r>
        <w:t>Записи с камер видеонаблюдения зафиксировали всю последовательность стрельбы, а вскрытие показало, что в её теле было от 17 до 20 пуль, включая несколько выстрелов в голову.</w:t>
      </w:r>
    </w:p>
    <w:p>
      <w:pPr>
        <w:pStyle w:val="ListBullet"/>
      </w:pPr>
      <w:r>
        <w:t>Во время судебного разбирательства капитан не проявил раскаяния и заявил, что поступил бы так же, если бы ей было три года, что демонстрирует отсутствие признания своей вины.</w:t>
      </w:r>
    </w:p>
    <w:p>
      <w:pPr>
        <w:pStyle w:val="ListBullet"/>
      </w:pPr>
      <w:r>
        <w:t>Первоначальное оправдание солдат, что Имам закладывала взрывное устройство, было опровергнуто радиопередачами, представленными в суде, которые не содержали доказательств, подтверждающих нарратив о угрозе.</w:t>
      </w:r>
    </w:p>
    <w:p/>
    <w:p>
      <w:r>
        <w:rPr>
          <w:b/>
        </w:rPr>
        <w:t>Članak</w:t>
      </w:r>
    </w:p>
    <w:p>
      <w:r>
        <w:rPr>
          <w:b/>
          <w:color w:val="0F766E"/>
          <w:sz w:val="26"/>
        </w:rPr>
        <w:t>Инцидент</w:t>
      </w:r>
    </w:p>
    <w:p/>
    <w:p>
      <w:r>
        <w:t>Имам Аль-Хамс была 13-летней палестинской девочкой, которая 5 октября 2004 года шла в школу. Она шла по маршруту Филадельфия, рядом с которым находилась израильская военная наблюдательная башня. Солдаты на посту открыли огонь, подозревая, что у нее в школьной сумке могут быть взрывчатые вещества. Позже сумка оказалась пустой, кроме книг. Аудиозапись военной радиосвязи показала, что солдат на наблюдательном посту явно идентифицировал ее как маленькую девочку, которая была напугана до смерти перед тем, как стрельба усилилась.</w:t>
      </w:r>
    </w:p>
    <w:p/>
    <w:p>
      <w:r>
        <w:rPr>
          <w:b/>
          <w:color w:val="0F766E"/>
          <w:sz w:val="26"/>
        </w:rPr>
        <w:t>Последствия стрельбы</w:t>
      </w:r>
    </w:p>
    <w:p/>
    <w:p>
      <w:r>
        <w:t>После того как она была ранена, Имам лежала на земле примерно в 70 метрах от поста. К ней подошел израильский армейский капитан, чья личность скрыта. Капитан выстрелил ей в голову еще два раза в упор. Он на мгновение отошел от ее тела, затем вернулся, переключил свою винтовку на автоматический режим и выстрелил оставшуюся часть магазина в нее. Вся последовательность была зафиксирована камерой видеонаблюдения. Последующая аутопсия обнаружила от 17 до 20 пуль в теле ребенка, включая несколько выстрелов в голову.</w:t>
      </w:r>
    </w:p>
    <w:p/>
    <w:p>
      <w:r>
        <w:rPr>
          <w:b/>
          <w:color w:val="0F766E"/>
          <w:sz w:val="26"/>
        </w:rPr>
        <w:t>Расследование и судебные разбирательства</w:t>
      </w:r>
    </w:p>
    <w:p/>
    <w:p>
      <w:r>
        <w:t>Первоначальное утверждение солдат заключалось в том, что они открыли огонь, подозревая, что она закладывает взрывное устройство. Однако радиопередачи, воспроизведенные в суде, позже опровергли эту версию. Ни в одной из этих записей ни один солдат не описывает ее как угрозу или говорит, что она делала что-то, кроме как шла в школу. Общественное возмущение привело к временной приостановке капитана и военному суду. Во время разбирательства он не проявил ни капли раскаяния за содеянное. Он сказал суду, что поступил бы так же, даже если бы ей было три года.</w:t>
      </w:r>
    </w:p>
    <w:p/>
    <w:p>
      <w:r>
        <w:rPr>
          <w:b/>
        </w:rPr>
        <w:t>Reference i teme</w:t>
      </w:r>
    </w:p>
    <w:p>
      <w:r>
        <w:t>Teme: #конфликт в Газе, #внеправовое убийство, #гражданские жертвы, #применение силы, #военная ответственность, #детские жертвы, #октябрь 2004 года</w:t>
      </w:r>
    </w:p>
    <w:p/>
    <w:p>
      <w:r>
        <w:rPr>
          <w:i/>
          <w:color w:val="94A3B8"/>
          <w:sz w:val="16"/>
        </w:rPr>
        <w:t>Generated by MinbarLive — Knowledge Library · https://minbarlive.com/videos/ru/the-captain-who-emptied-his-rifle-into-a-schoolgirl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