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Epstein Files: Zorro Ranch, Eugenics, and the Designer Baby Project</w:t>
      </w:r>
    </w:p>
    <w:p>
      <w:r>
        <w:rPr>
          <w:b/>
        </w:rPr>
        <w:t xml:space="preserve">Govornik: </w:t>
      </w:r>
      <w:r>
        <w:t>Kim Iversen</w:t>
      </w:r>
    </w:p>
    <w:p>
      <w:r>
        <w:rPr>
          <w:b/>
        </w:rPr>
        <w:t xml:space="preserve">Izvor: </w:t>
      </w:r>
      <w:r>
        <w:rPr>
          <w:color w:val="0F766E"/>
        </w:rPr>
        <w:t>https://minbarlive.com/videos/the-epstein-files-zorro-ranch-eugenics-and-the-designer-baby-project</w:t>
      </w:r>
    </w:p>
    <w:p/>
    <w:p>
      <w:r>
        <w:rPr>
          <w:i/>
        </w:rPr>
        <w:t>This investigation reveals Jeffrey Epstein's decades-long involvement in eugenics, designer baby projects, and human cloning research conducted at his Zorro Ranch in New Mexico, supported by email exchanges with biohacker Bryan Bishop detailing secret laboratory work, funding proposals, and genetic modification experiments in Ukraine and Mississippi.</w:t>
      </w:r>
    </w:p>
    <w:p/>
    <w:p>
      <w:r>
        <w:rPr>
          <w:b/>
        </w:rPr>
        <w:t>Sažetak</w:t>
      </w:r>
    </w:p>
    <w:p>
      <w:r>
        <w:t>The presentation documents a complex paper trail—consisting of victims' testimonies, legislative records, corporate filings, and archived communications—that exposes Jeffrey Epstein's activities beyond sex trafficking. Central to this account is Zorro Ranch, a 10,000-acre compound in remote New Mexico featuring an airstrip and underground infrastructure, which Epstein envisioned as a breeding facility for women inseminated with his DNA to create superior humans. Starting in the early 2000s, Epstein openly discussed this vision with scientists and businessmen, while simultaneously funding transhumanist organizations like Humanity Plus and DNA analysis companies through his Virgin Islands entity Southern Trust. Newly released Epstein files contain emails from biohacker Bryan Bishop pitching a designer baby project requiring approximately $9.5 million over five years, with explicit goals of achieving the first live birth of a human designer baby and possibly a human clone. These communications reveal ongoing laboratory work in a Ukrainian biolab and secret sperm modification experiments in Mississippi, conducted as late as 2018–2019. The investigation raises critical questions about evidence preservation at Zorro Ranch, which remained largely untouched for over six years after Epstein's 2019 death, only to have excavation equipment appear days before New Mexico lawmakers created a special investigative committee in 2026. Victim testimony corroborates elements of this narrative, with one woman recounting a conversation with Epstein about cloning technology before he attempted to assault her.</w:t>
      </w:r>
    </w:p>
    <w:p/>
    <w:p>
      <w:r>
        <w:rPr>
          <w:b/>
        </w:rPr>
        <w:t>Ključne poruke</w:t>
      </w:r>
    </w:p>
    <w:p>
      <w:pPr>
        <w:pStyle w:val="ListBullet"/>
      </w:pPr>
      <w:r>
        <w:t>Epstein discussed using Zorro Ranch as a eugenics-style breeding facility where as many as twenty women would be impregnated with his DNA to create superior humans, beginning in the early 2000s and documented in statements to award-winning scientists.</w:t>
      </w:r>
    </w:p>
    <w:p>
      <w:pPr>
        <w:pStyle w:val="ListBullet"/>
      </w:pPr>
      <w:r>
        <w:t>Epstein's corporate infrastructure included Southern Trust (Virgin Islands company engaged in DNA analysis) and substantial donations to transhumanist organizations, including $20,000 to the World Transhumanist Association (later Humanity Plus) in 2011 and payment of salaries to organization leadership.</w:t>
      </w:r>
    </w:p>
    <w:p>
      <w:pPr>
        <w:pStyle w:val="ListBullet"/>
      </w:pPr>
      <w:r>
        <w:t>Email exchanges between Epstein and biohacker Bryan Bishop detail a concrete five-year plan to create human designer babies and possibly human clones, requiring $9.5 million in funding and absolute anonymity for both the investor and the resulting children.</w:t>
      </w:r>
    </w:p>
    <w:p>
      <w:pPr>
        <w:pStyle w:val="ListBullet"/>
      </w:pPr>
      <w:r>
        <w:t>Laboratory work tied to this project was conducted in a Ukrainian biolab equipped for surgeries and microinjection, with Bishop coordinating experiments through Ukraine's state-run Academy of Medical Sciences, and additional secret sperm modification experiments occurring in Mississippi.</w:t>
      </w:r>
    </w:p>
    <w:p>
      <w:pPr>
        <w:pStyle w:val="ListBullet"/>
      </w:pPr>
      <w:r>
        <w:t>Zorro Ranch remained largely unexamined for over six and a half years after Epstein's death in 2019, until 2026 when New Mexico's House of Representatives created a special investigative committee—yet excavation equipment appeared on the property days before this official action, raising concerns about evidence preservation.</w:t>
      </w:r>
    </w:p>
    <w:p>
      <w:pPr>
        <w:pStyle w:val="ListBullet"/>
      </w:pPr>
      <w:r>
        <w:t>Victim testimony from a former art student aligns with documented evidence of Epstein's cloning obsession; the woman reported that Epstein discussed cloning technology with her and she later speculated he may have cloned himself.</w:t>
      </w:r>
    </w:p>
    <w:p>
      <w:pPr>
        <w:pStyle w:val="ListBullet"/>
      </w:pPr>
      <w:r>
        <w:t>The timeline extends into 2018–2019, with laboratory work, email communications, and funding for designer baby research occurring well after Epstein's first arrest, suggesting sustained institutional involvement beyond individual criminal conduct.</w:t>
      </w:r>
    </w:p>
    <w:p/>
    <w:p>
      <w:r>
        <w:rPr>
          <w:b/>
        </w:rPr>
        <w:t>Članak</w:t>
      </w:r>
    </w:p>
    <w:p>
      <w:r>
        <w:rPr>
          <w:b/>
          <w:color w:val="0F766E"/>
          <w:sz w:val="26"/>
        </w:rPr>
        <w:t>The Crime Scene and the Delayed Investigation</w:t>
      </w:r>
    </w:p>
    <w:p/>
    <w:p>
      <w:r>
        <w:t>What is being presented here is not a conspiracy theory, but rather a paper trail consisting of victims' testimonies, legislative documents, corporate press releases, and archived web pages. When these pieces are lined up, the story that emerges from Jeffrey Epstein's Zorro Ranch in New Mexico is not a simple closure on a crime scene, but a complex account involving eugenics, transhumanism, and what appears to be a baby farm operation that the political class has only recently acknowledged. The Zorro Ranch itself is a 10,000-acre compound in remote New Mexico, featuring its own airstrip, a bizarre temple-like building, and signs of substantial underground infrastructure.</w:t>
      </w:r>
    </w:p>
    <w:p/>
    <w:p>
      <w:r>
        <w:t>Epstein was arrested in 2019 and died in August of that year. For over six and a half years, his Zorro Ranch remained largely untouched by serious investigation, until 2026 when New Mexico's political leadership suddenly decided to examine the property. This raises an obvious question: why did authorities wait until the crime scene could potentially be completely sanitized? On Monday, the New Mexico House of Representatives approved House Resolution 1, creating a special committee—a so-called truth commission—to investigate Zorro Ranch and allegations of criminal activity and public corruption tied to that property.</w:t>
      </w:r>
    </w:p>
    <w:p/>
    <w:p>
      <w:r>
        <w:rPr>
          <w:b/>
          <w:color w:val="0F766E"/>
          <w:sz w:val="26"/>
        </w:rPr>
        <w:t>The Investigation and Evidence Preservation Concerns</w:t>
      </w:r>
    </w:p>
    <w:p/>
    <w:p>
      <w:r>
        <w:t>The resolution explicitly notes that Zorro Ranch has been a subject of significant public concern since at least 2019, and that previous legislatures did nothing about it. The committee has been empowered to hold hearings, compel witnesses, administer oaths, and issue subpoenas, with authority to operate through the end of 2026. On paper, this investigative body possesses substantial power to drag people in under oath and demand documents. The land commissioner has also called for state and federal investigations. However, with Epstein having been dead for over six years, the question remains: how much physical evidence at the ranch remains untouched?</w:t>
      </w:r>
    </w:p>
    <w:p/>
    <w:p>
      <w:r>
        <w:t>Less than a week before the New Mexico House passed this investigative measure, a woman visited Zorro Ranch and filmed what she witnessed: heavy equipment and excavators on the property, with clear signs that the ground had been disturbed. In her recording, she noted that she had been to the property previously and that the digging equipment had not been present during earlier visits. Comparing the main house to a photograph from November, she observed that the appearance had changed on one side. This raises a critical question: if state lawmakers are only now giving themselves subpoena power, but excavators are already on site ahead of that action, is this a serious criminal investigation or a cleanup operation with a committee attached afterward for appearance's sake? This concern is amplified by the history of pathetic official investigations into Epstein's crimes.</w:t>
      </w:r>
    </w:p>
    <w:p/>
    <w:p>
      <w:r>
        <w:rPr>
          <w:b/>
          <w:color w:val="0F766E"/>
          <w:sz w:val="26"/>
        </w:rPr>
        <w:t>The Eugenics and Designer Baby Dimension</w:t>
      </w:r>
    </w:p>
    <w:p/>
    <w:p>
      <w:r>
        <w:t>While most people know Epstein as a sex trafficking billionaire, Zorro Ranch reveals another dimension to his activities: a decades-long obsession with eugenics, designer babies, cloning, and using the remote compound as a literal baby farm for his own DNA. Ten days before Epstein's death, the New York Times published an article titled "Jeffrey Epstein Hoped to Seed Human Race with His DNA." The article quoted multiple scientists and businessmen who reported that starting in the early 2000s, Epstein was openly discussing using his New Mexico ranch as a base where women would be inseminated with his sperm to give birth to his babies. He reportedly envisioned as many as twenty women at a time impregnated at Zorro Ranch.</w:t>
      </w:r>
    </w:p>
    <w:p/>
    <w:p>
      <w:r>
        <w:t>One participant at a 2006 conference recalled Epstein talking about perfecting the human genome, expressing fascination with how traits pass on, and discussing his desire to create superior humans. This was not internet rumor or hearsay—this was Epstein directly discussing with award-winning scientists his vision of turning Zorro Ranch into a eugenics-style breeding facility.</w:t>
      </w:r>
    </w:p>
    <w:p/>
    <w:p>
      <w:r>
        <w:rPr>
          <w:b/>
          <w:color w:val="0F766E"/>
          <w:sz w:val="26"/>
        </w:rPr>
        <w:t>The Corporate and Financial Infrastructure</w:t>
      </w:r>
    </w:p>
    <w:p/>
    <w:p>
      <w:r>
        <w:t>Beyond these documented statements, there is a corporate layer that supports this narrative. Epstein's Virgin Islands company, Southern Trust, disclosed in filings that it was engaged in DNA analysis. He gave money to transhumanist organizations, including Humanity Plus, and in 2011, one of his charities donated $20,000 to the World Transhumanist Association, which later rebranded as Humanity Plus. The stated goal of this organization is to influence a new generation of thinkers about humanity's next steps. His foundation also paid the salary of Humanity Plus vice chairman Ben Goertzel.</w:t>
      </w:r>
    </w:p>
    <w:p/>
    <w:p>
      <w:r>
        <w:t>When these elements are combined—a remote ranch, an explicitly stated desire for a baby farm, DNA analysis companies under his control, and substantial funding flowing to the transhumanist movement—the picture that emerges is not simply a rich individual engaging in perverse behavior, but rather someone attempting to engineer the future of the human species.</w:t>
      </w:r>
    </w:p>
    <w:p/>
    <w:p>
      <w:r>
        <w:rPr>
          <w:b/>
          <w:color w:val="0F766E"/>
          <w:sz w:val="26"/>
        </w:rPr>
        <w:t>The Email Exchanges and Designer Baby Project</w:t>
      </w:r>
    </w:p>
    <w:p/>
    <w:p>
      <w:r>
        <w:t>The newly released Epstein files contain emails that reveal how this baby farm concept connects to actual laboratory work and real funding. Bryan Bishop, a Bitcoin developer, biohacker, and self-described mad scientist, appears in these communications pitching Epstein on a designer baby project, discussing human cloning, and laying out a funding proposal. In his initial email, Bishop sends Epstein a presentation on his designer baby project and notes that he and a partner have questions about how serious Epstein is about this initiative. He emphasizes that this is not generic research but something additional to Bishop's existing work.</w:t>
      </w:r>
    </w:p>
    <w:p/>
    <w:p>
      <w:r>
        <w:t>Bishop specifically asks about Epstein's requirements for secrecy and privacy regarding reputational risk and financial involvement. He suggests that whatever Epstein wants could be accomplished under the banner of his designer babies project, since the other deliverable is similar and shares many of the same procedures and lab requirements. In other words, Epstein is not simply looking to donate to science; he wants secret science that requires absolute anonymity.</w:t>
      </w:r>
    </w:p>
    <w:p/>
    <w:p>
      <w:r>
        <w:t>In a subsequent email, Bishop becomes even more explicit, writing that Epstein could be the first investor as long as absolute anonymity is kept. Bishop explains that he has always envisioned anonymity for the babies themselves, noting that you cannot publicly identify who they are or who their parents or benefactors are, because it would brand the child as a freak for life. He emphasizes that the financial structure has to be designed around these secrecy demands.</w:t>
      </w:r>
    </w:p>
    <w:p/>
    <w:p>
      <w:r>
        <w:rPr>
          <w:b/>
          <w:color w:val="0F766E"/>
          <w:sz w:val="26"/>
        </w:rPr>
        <w:t>The Five-Year Plan and International Scope</w:t>
      </w:r>
    </w:p>
    <w:p/>
    <w:p>
      <w:r>
        <w:t>With Epstein already having discussed breeding twenty women at a time at Zorro Ranch, he is now being pitched a designer baby project requiring total anonymity and careful financial structuring. One email lays out a five-year plan requiring approximately 9.5 million dollars in funding, with the explicit goal of moving beyond the garage biology phase to achieve the first live birth of a human designer baby and possibly a human clone within five years. This language comes directly from the email itself—not speculation, but the actual stated objective: "Live birth of a human designer baby, possibly a human clone."</w:t>
      </w:r>
    </w:p>
    <w:p/>
    <w:p>
      <w:r>
        <w:t>When Epstein discusses seeding the human race with superior humans, this is not simply cocktail party rambling. There is a concrete research roadmap being proposed to him. In an August follow-up email, Bishop updates Epstein that they are proceeding with more mouse testing in a Ukrainian lab equipped with surgeries and microinjection capabilities. He also mentions that an amateur in Mississippi has been testing human sperm modification, so far only with fluorescent tagging, which he notes does not yet work for his purposes.</w:t>
      </w:r>
    </w:p>
    <w:p/>
    <w:p>
      <w:r>
        <w:t>The timeline and scope of this activity is significant. Epstein talks about a baby farm at Zorro Ranch starting in the early 2000s, funds transhumanist causes and DNA analysis companies, engages in email conversations about funding a project to create human designer babies and possibly clones, with testing occurring in a Ukrainian lab and secret sperm modification experiments in Mississippi. All of this is happening as late as 2018 and 2019, well after his first arrest. This is not merely contained in private emails; MIT Technology Review ran a piece in early 2019 about a Ukrainian biolab conducting exploratory mouse experiments on gene modification ideas tied to do-it-yourself designer babies. The lab was part of Ukraine's state-run Academy of Medical Sciences, and the article reports that Bishop was paying the Academy to run these experiments.</w:t>
      </w:r>
    </w:p>
    <w:p/>
    <w:p>
      <w:r>
        <w:rPr>
          <w:b/>
          <w:color w:val="0F766E"/>
          <w:sz w:val="26"/>
        </w:rPr>
        <w:t>The Question of Epstein's Hidden Involvement</w:t>
      </w:r>
    </w:p>
    <w:p/>
    <w:p>
      <w:r>
        <w:t>The critical question that emerges is whether Epstein was the actual money behind this operation, using Bishop as a front. In the emails, Bishop is obsessed with anonymity and repeatedly states that the investor must be completely hidden. This is exactly what Epstein is demanding. Just months after these emails, what appears to be Bishop's Twitter account discusses startups that could one day offer designer babies as a service, specifically noting that there are startups offering designer babies and human embryo editing right now.</w:t>
      </w:r>
    </w:p>
    <w:p/>
    <w:p>
      <w:r>
        <w:t>The picture is now complete: a transhumanist biohacker making public tweets about designer baby startups, conducting private email exchanges about human clones, and an investor—Jeffrey Epstein—who demands absolute secrecy and has established a ranch designed and positioned as a breeding facility.</w:t>
      </w:r>
    </w:p>
    <w:p/>
    <w:p>
      <w:r>
        <w:rPr>
          <w:b/>
          <w:color w:val="0F766E"/>
          <w:sz w:val="26"/>
        </w:rPr>
        <w:t>The Victim Testimony and Corroborating Account</w:t>
      </w:r>
    </w:p>
    <w:p/>
    <w:p>
      <w:r>
        <w:t>Adding to this narrative is a victim testimony that aligns disturbingly well with the documented activity. In 2020, Mother Jones published an article in which a reporter contacted people from Epstein's black book. One of them, identified as Tracy, a former art student, shared a story that had been largely overlooked. She had been told that Epstein funded artists, so she visited his New York townhouse. According to her account, Epstein acted like a gentleman for two hours, discussing Dolly the cloned sheep and the broader topic of cloning. He told her that he had a place in Mexico—the article states Mexico, though Epstein's actual scientific facility tied to his eugenics fantasies is Zorro Ranch in New Mexico, so the detail is likely confused in her memory.</w:t>
      </w:r>
    </w:p>
    <w:p/>
    <w:p>
      <w:r>
        <w:t>Tracy left the meeting when Epstein attempted to grope her, but before departing, she told the reporter something remarkable: "You're going to think it's totally crazy, but I bet you he cloned himself. And whoever killed themselves was a clone. I wouldn't put it past that. He's out there somewhere." While this account reads as speculative on Tracy's part, it exists alongside documented evidence of Epstein's obsession with cloning technology, his funding of relevant research, and the ongoing laboratory work conducted through intermediaries in Ukraine and elsewhere.</w:t>
      </w:r>
    </w:p>
    <w:p/>
    <w:p>
      <w:r>
        <w:rPr>
          <w:b/>
        </w:rPr>
        <w:t>Reference i teme</w:t>
      </w:r>
    </w:p>
    <w:p>
      <w:r>
        <w:t>Teme: #Jeffrey Epstein criminal investigation, #Eugenics and designer babies, #Human cloning and transhumanism, #Zorro Ranch New Mexico, #Evidence preservation and law enforcement, #Biohacking and genetic modification, #Corporate infrastructure and funding networks</w:t>
      </w:r>
    </w:p>
    <w:p/>
    <w:p>
      <w:r>
        <w:rPr>
          <w:i/>
          <w:color w:val="94A3B8"/>
          <w:sz w:val="16"/>
        </w:rPr>
        <w:t>Generated by MinbarLive — Knowledge Library · https://minbarlive.com/videos/the-epstein-files-zorro-ranch-eugenics-and-the-designer-baby-project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