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F766E"/>
          <w:sz w:val="26"/>
        </w:rPr>
        <w:t>MINBARLIVE — Knowledge Library</w:t>
      </w:r>
    </w:p>
    <w:p>
      <w:r>
        <w:rPr>
          <w:b/>
          <w:sz w:val="36"/>
        </w:rPr>
        <w:t>The Jewish Community stands with Zohran Mamdani vs amb. Mike Huckabee</w:t>
      </w:r>
    </w:p>
    <w:p>
      <w:r>
        <w:rPr>
          <w:b/>
        </w:rPr>
        <w:t xml:space="preserve">Izvor: </w:t>
      </w:r>
      <w:r>
        <w:rPr>
          <w:color w:val="0F766E"/>
        </w:rPr>
        <w:t>https://minbarlive.com/videos/the-jewish-community-stands-with-zohran-mamdani-vs-amb-mike-huckabee</w:t>
      </w:r>
    </w:p>
    <w:p/>
    <w:p>
      <w:r>
        <w:rPr>
          <w:i/>
        </w:rPr>
        <w:t>Ambassador Mike Huckabee criticizes Senator Chuck Schumer for failing to condemn what he characterizes as anti-Semitic remarks by Zohran Mamdani, despite Schumer's prominent position as a Jewish leader and his recent book on anti-Semitism in America.</w:t>
      </w:r>
    </w:p>
    <w:p/>
    <w:p>
      <w:r>
        <w:rPr>
          <w:b/>
        </w:rPr>
        <w:t>Sažetak</w:t>
      </w:r>
    </w:p>
    <w:p>
      <w:r>
        <w:t>In this commentary, Ambassador Mike Huckabee addresses Senator Chuck Schumer's response to statements by Zohran Mamdani. Huckabee notes that Schumer, as a U.S. Senator from New York and the most prominent Jewish elected official in America, recently published a book titled Anti-Semitism in America. However, Huckabee argues that Schumer has failed to condemn what he views as anti-Semitic comments from Mamdani. Huckabee characterizes this silence as cowardice and suggests that Schumer should not be regarded as a Jewish leader if he continues to remain silent on the matter. The speaker emphasizes that there is no other way to characterize Mamdani's remarks than as anti-Semitic, and he asserts that despite not being Jewish himself, he believes he is a more effective Jewish leader than someone unwilling to directly name anti-Semitism when confronted with it.</w:t>
      </w:r>
    </w:p>
    <w:p/>
    <w:p>
      <w:r>
        <w:rPr>
          <w:b/>
        </w:rPr>
        <w:t>Ključne poruke</w:t>
      </w:r>
    </w:p>
    <w:p>
      <w:pPr>
        <w:pStyle w:val="ListBullet"/>
      </w:pPr>
      <w:r>
        <w:t>Senator Chuck Schumer, the most prominent Jewish elected official in America, has not publicly condemned Zohran Mamdani's remarks despite authoring a book on anti-Semitism.</w:t>
      </w:r>
    </w:p>
    <w:p>
      <w:pPr>
        <w:pStyle w:val="ListBullet"/>
      </w:pPr>
      <w:r>
        <w:t>Huckabee characterizes Schumer's silence on this matter as cowardice.</w:t>
      </w:r>
    </w:p>
    <w:p>
      <w:pPr>
        <w:pStyle w:val="ListBullet"/>
      </w:pPr>
      <w:r>
        <w:t>Huckabee argues that Schumer should not be called a Jewish leader if he continues to remain silent on anti-Semitic remarks.</w:t>
      </w:r>
    </w:p>
    <w:p>
      <w:pPr>
        <w:pStyle w:val="ListBullet"/>
      </w:pPr>
      <w:r>
        <w:t>According to Huckabee, Mamdani's comments can only be characterized as anti-Semitic.</w:t>
      </w:r>
    </w:p>
    <w:p>
      <w:pPr>
        <w:pStyle w:val="ListBullet"/>
      </w:pPr>
      <w:r>
        <w:t>Huckabee asserts that he is a more effective Jewish leader than someone unwilling to publicly identify anti-Semitism.</w:t>
      </w:r>
    </w:p>
    <w:p/>
    <w:p>
      <w:r>
        <w:rPr>
          <w:b/>
        </w:rPr>
        <w:t>Članak</w:t>
      </w:r>
    </w:p>
    <w:p>
      <w:r>
        <w:rPr>
          <w:b/>
          <w:color w:val="0F766E"/>
          <w:sz w:val="26"/>
        </w:rPr>
        <w:t>**Political Leadership and Accountability**</w:t>
      </w:r>
    </w:p>
    <w:p/>
    <w:p>
      <w:r>
        <w:rPr>
          <w:b/>
        </w:rPr>
        <w:t>Chuck Schumer</w:t>
      </w:r>
      <w:r>
        <w:t xml:space="preserve"> is a senator from New York and the most prominent Jewish elected official in America. Last year, he wrote a book titled *</w:t>
      </w:r>
      <w:r>
        <w:rPr>
          <w:b/>
        </w:rPr>
        <w:t>Anti-Semitism</w:t>
      </w:r>
      <w:r>
        <w:t xml:space="preserve"> in America</w:t>
      </w:r>
      <w:r>
        <w:rPr>
          <w:i/>
        </w:rPr>
        <w:t xml:space="preserve">. Despite this, he has not condemned </w:t>
      </w:r>
      <w:r>
        <w:rPr>
          <w:i/>
        </w:rPr>
        <w:t>Zohran Mamdani</w:t>
      </w:r>
      <w:r>
        <w:t>*'s comments. When asked what this absence of condemnation tells us, the speaker characterizes Schumer's silence as cowardice. The speaker states that Schumer is a coward for not calling out what he describes as anti-Semitic remarks.</w:t>
      </w:r>
    </w:p>
    <w:p/>
    <w:p>
      <w:r>
        <w:rPr>
          <w:b/>
          <w:color w:val="0F766E"/>
          <w:sz w:val="26"/>
        </w:rPr>
        <w:t>Standards for Jewish Leadership</w:t>
      </w:r>
    </w:p>
    <w:p/>
    <w:p>
      <w:r>
        <w:t>The speaker goes further, saying that if Schumer continues to remain silent, he should not be called a Jewish leader again. The speaker emphasizes this point by noting that despite not being Jewish himself, he believes he is probably a much more effective Jewish leader than someone who will not directly name and identify anti-Semitism. According to the speaker, there is no other way to characterize Mamdani's comments than as anti-Semitic.</w:t>
      </w:r>
    </w:p>
    <w:p/>
    <w:p>
      <w:r>
        <w:rPr>
          <w:b/>
        </w:rPr>
        <w:t>Reference i teme</w:t>
      </w:r>
    </w:p>
    <w:p>
      <w:r>
        <w:t>Teme: #Political leadership and accountability, #Anti-Semitism, #Jewish representation in politics, #Chuck Schumer, #Zohran Mamdani, #Political silence and moral responsibility</w:t>
      </w:r>
    </w:p>
    <w:p/>
    <w:p>
      <w:r>
        <w:rPr>
          <w:i/>
          <w:color w:val="94A3B8"/>
          <w:sz w:val="16"/>
        </w:rPr>
        <w:t>Generated by MinbarLive — Knowledge Library · https://minbarlive.com/videos/the-jewish-community-stands-with-zohran-mamdani-vs-amb-mike-huckabee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