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Der größte Informationskrieg in der Geschichte der Menschheit</w:t>
      </w:r>
    </w:p>
    <w:p>
      <w:r>
        <w:rPr>
          <w:b/>
        </w:rPr>
        <w:t xml:space="preserve">Govornik: </w:t>
      </w:r>
      <w:r>
        <w:t>Harrison H. Smith</w:t>
      </w:r>
    </w:p>
    <w:p>
      <w:r>
        <w:rPr>
          <w:b/>
        </w:rPr>
        <w:t xml:space="preserve">Izvor: </w:t>
      </w:r>
      <w:r>
        <w:rPr>
          <w:color w:val="0F766E"/>
        </w:rPr>
        <w:t>https://minbarlive.com/videos/de/der-groesste-informationskrieg-in-der-geschichte-der-menschheit</w:t>
      </w:r>
    </w:p>
    <w:p/>
    <w:p>
      <w:r>
        <w:rPr>
          <w:i/>
        </w:rPr>
        <w:t>Ein jüdischer Organisationsleiter skizziert eine umfassende Strategie zur Bekämpfung von Antisemitismus und anti-israelischen Sentiment auf Informationsplattformen, in der Strafverfolgung, im Bildungswesen und in der Regierungspolitik und stellt den Einsatz als eine achte Konfliktfront dar, die technologische, rechtliche und institutionelle Mobilisierung erfordert.</w:t>
      </w:r>
    </w:p>
    <w:p/>
    <w:p>
      <w:r>
        <w:rPr>
          <w:b/>
        </w:rPr>
        <w:t>Sažetak</w:t>
      </w:r>
    </w:p>
    <w:p>
      <w:r>
        <w:t>Dieser Vortrag präsentiert einen facettenreichen Ansatz zur Bekämpfung von Antisemitismus und dem, was der Redner als anti-israelische Stimmung in der heutigen Gesellschaft bezeichnet. Der Redner rahmt den Konflikt als 'achte Front', die hauptsächlich durch Informationskriege geführt wird – insbesondere auf sozialen Medien wie TikTok, die seiner Meinung nach antisemitische Einstellungen bei jungen Menschen erheblich verstärken. Die Strategie umfasst die Überwachung von Extremisten auf digitalen Plattformen; die Aktualisierung organisatorischer Richtlinien, um Antizionismus als Antisemitismus zu kennzeichnen; Schulungen für die Strafverfolgung; die Zusammenarbeit mit KI-Unternehmen zur Gestaltung großer Sprachmodelle; die Einrichtung einheitlicher Datenplattformen; und die Verfolgung rechtlicher Schritte gegen Personen, die antisemitische Rhetorik äußern. Der Redner spricht über Regierungsreformen, einschließlich der Umstrukturierung des Büros des Sonderbeauftragten zur Bekämpfung des Antisemitismus und setzt sich dafür ein, Juden als geschützte Minderheit zu kennzeichnen, die Anspruch auf staatlich finanzierte Sicherheit und institutionelle Unterstützung hat. Der Vortrag behandelt auch politische Strategien – die gezielte Ansprache von Kandidaten, die der Agenda des Redners entgegenstehen – und positioniert den geopolitischen Aufstieg Israels als zentral für die Sicherheit und Identität der jüdischen Diaspora. Durchgehend betont der Redner, dass die Kritik an der Politik der israelischen Regierung als Antisemitismus umformuliert werden sollte und präsentiert eine binäre Wahl zwischen der Unterstützung Israels und der Ablehnung von Antisemitismus.</w:t>
      </w:r>
    </w:p>
    <w:p/>
    <w:p>
      <w:r>
        <w:rPr>
          <w:b/>
        </w:rPr>
        <w:t>Ključne poruke</w:t>
      </w:r>
    </w:p>
    <w:p>
      <w:pPr>
        <w:pStyle w:val="ListBullet"/>
      </w:pPr>
      <w:r>
        <w:t>Der Redner identifiziert soziale Medien und Informationskriege als das Hauptschlachtfeld in zeitgenössischen Konflikten und behauptet, dass Plattformen wie TikTok antisemitische Einstellungen unter jungen Menschen erheblich verstärken.</w:t>
      </w:r>
    </w:p>
    <w:p>
      <w:pPr>
        <w:pStyle w:val="ListBullet"/>
      </w:pPr>
      <w:r>
        <w:t>Die organisatorische Strategie umfasst umfassende Überwachung von Extremisten auf digitalen Plattformen, Messaging-Apps, Videospielen, Kryptowährungen, Podcasts und anderen Medien; den Austausch von Informationen mit den Strafverfolgungsbehörden; und das Entfernen von Inhalten, die gegen Richtlinien zu schädlichen Stereotypen und Holocaust-Leugnung verstoßen.</w:t>
      </w:r>
    </w:p>
    <w:p>
      <w:pPr>
        <w:pStyle w:val="ListBullet"/>
      </w:pPr>
      <w:r>
        <w:t>Der Redner plädiert für politische Änderungen, die den Begriff 'Zionist' als vor Hassrede geschützt einstufen und Antizionismus als Antisemitismus umdeuten, wobei die Kritik an der Politik der israelischen Regierung als untrennbar mit Antisemitismus verbunden betrachtet wird.</w:t>
      </w:r>
    </w:p>
    <w:p>
      <w:pPr>
        <w:pStyle w:val="ListBullet"/>
      </w:pPr>
      <w:r>
        <w:t>Die Strategie umfasst die Zusammenarbeit mit großen KI-Unternehmen (OpenAI, Alphabet, Anthropic, Meta, Microsoft) zur Schulung großer Sprachmodelle und die Entwicklung einheitlicher Datenplattformen, die Gesundheits-, Diagnose- und Genomdaten für Geheimdienstzwecke integrieren.</w:t>
      </w:r>
    </w:p>
    <w:p>
      <w:pPr>
        <w:pStyle w:val="ListBullet"/>
      </w:pPr>
      <w:r>
        <w:t>Der Redner beschreibt Durchsetzungsmechanismen, einschließlich der öffentlichen Identifizierung beschuldigter Antisemiten, Klagen, Zusammenarbeit mit der Strafverfolgung zur Inhaftierung von Tätern, Kündigungen und anhaltenden Rufschädigungen.</w:t>
      </w:r>
    </w:p>
    <w:p>
      <w:pPr>
        <w:pStyle w:val="ListBullet"/>
      </w:pPr>
      <w:r>
        <w:t>Der Redner plädiert für die staatliche Anerkennung von Juden als geschützte Minderheit, staatlich finanzierte Sicherheit für jüdische Gemeinden und Institutionen sowie umfassende Bildungsreformen, um über jüdische Beiträge zur Gesellschaft zu lehren.</w:t>
      </w:r>
    </w:p>
    <w:p>
      <w:pPr>
        <w:pStyle w:val="ListBullet"/>
      </w:pPr>
      <w:r>
        <w:t>Der Redner positioniert den geopolitischen Aufstieg Israels als transformativ und rahmt die Unterstützung für Israel als untrennbar mit der Identität und Sicherheit der jüdischen Diaspora verbunden, wobei eine Wahl zwischen dem Verbleib in einem als schwindendes amerikanisches Imperium charakterisierten Zustand oder einer Umsiedlung nach Israel präsentiert wird.</w:t>
      </w:r>
    </w:p>
    <w:p/>
    <w:p>
      <w:r>
        <w:rPr>
          <w:b/>
        </w:rPr>
        <w:t>Članak</w:t>
      </w:r>
    </w:p>
    <w:p>
      <w:r>
        <w:rPr>
          <w:b/>
          <w:color w:val="0F766E"/>
          <w:sz w:val="26"/>
        </w:rPr>
        <w:t>Die sich entwickelnde Natur des Konflikts</w:t>
      </w:r>
    </w:p>
    <w:p/>
    <w:p>
      <w:r>
        <w:t>Ich denke, es steht eine weitere Revolution bevor. Ich neige dazu, sie mit dem Erreichen eines breiteren Friedens zu steuern, wenn die Geschichte in Reichweite ist. Was Israel hier bekämpft, ist nicht nur ein Krieg an der Südfront, sondern ein Krieg an der achten Front für die Juden. Rom und Jerusalem kollidierten über Werte, eine große Tragödie für das jüdische Volk. Wir haben das verloren. Ich denke, wir müssen den nächsten Krieg gewinnen. Das neue Rom sind die Vereinigten Staaten. Wir haben aufgehört, defensiv zu spielen, und sind offensiv geworden.</w:t>
      </w:r>
    </w:p>
    <w:p/>
    <w:p>
      <w:r>
        <w:rPr>
          <w:b/>
          <w:color w:val="0F766E"/>
          <w:sz w:val="26"/>
        </w:rPr>
        <w:t>Anpassung der Waffen an moderne Schlachtfelder</w:t>
      </w:r>
    </w:p>
    <w:p/>
    <w:p>
      <w:r>
        <w:t>Die Waffen verändern sich im Laufe der Zeit. Man kann heute nicht mit Schwertern kämpfen – das funktioniert nicht sehr gut. Aber wir brauchen die Art von Genialität, die Pager hergestellt und Organisationen über ein Jahrzehnt infiltriert hat, um uns auf diese Schlacht vorzubereiten. Wir müssen mit den Waffen kämpfen, die auf den Schlachtfeldern anwendbar sind, in denen wir engagiert sind. Die wichtigsten sind soziale Medien, denn der nächste Krieg wird entschieden, basierend darauf, wie Israel und seine Verbündeten online ebenso wie offline abschneiden.</w:t>
      </w:r>
    </w:p>
    <w:p/>
    <w:p>
      <w:r>
        <w:t>Das ist die achte Front – die Desinformationskampagne. Es ist tatsächlich diese achte Front, wo Feinde glauben, sie könnten den jüdischen Staat besiegen. Das ist die Art von Einfallsreichtum und Erfindungsgeist, die immer ein Markenzeichen des Staates Israel und ein Charakteristikum des jüdischen Volkes waren. Vieles davon geschieht mit investiertem Geld – Milliarden und Milliarden Dollar auf dem Informationsschlachtfeld. Geld von NGOs, riesige Summen von Regierungen, noch größere.</w:t>
      </w:r>
    </w:p>
    <w:p/>
    <w:p>
      <w:r>
        <w:rPr>
          <w:b/>
          <w:color w:val="0F766E"/>
          <w:sz w:val="26"/>
        </w:rPr>
        <w:t>Überwachungs- und Gegenbotschaftsstrategie</w:t>
      </w:r>
    </w:p>
    <w:p/>
    <w:p>
      <w:r>
        <w:t>Wir verbieten schädliche Stereotypen über jüdische Menschen, wie die Behauptungen, dass Juden finanzielle, politische oder Medieninstitutionen kontrollieren. Wir überwachen Extremisten online über soziale Medien, Messaging-Apps, Videospiele, Kryptowährungen, Podcasts, Kurzvideos, Wikipedia und andere Plattformen. Wir teilen diese Informationen mit dem FBI. Das ist das neue Schlachtfeld. Soziale Medien sind der Ort, an dem der Krieg geführt wird, und man darf keine hasserfüllte Rhetorik ungehindert verbreiten.</w:t>
      </w:r>
    </w:p>
    <w:p/>
    <w:p>
      <w:r>
        <w:t>Wir erlauben keinen Holocaust-Leugnung und keine Verzerrung. Die wichtigste Plattform, die gerade im Gange ist, ist TikTok. Für jede halbe Stunde, die jemand TikTok schaut, wird er siebzehn Prozent antisemitischer. TikTok zerschmettert den Verstand unserer jungen Leute den ganzen Tag mit Videos von Zerstörung in Gaza. Wir haben wirklich ein TikTok-Problem, denn alles, was wir versuchen, ihnen zu sagen, hören sie durch diese Wand der Zerstörung.</w:t>
      </w:r>
    </w:p>
    <w:p/>
    <w:p>
      <w:r>
        <w:rPr>
          <w:b/>
          <w:color w:val="0F766E"/>
          <w:sz w:val="26"/>
        </w:rPr>
        <w:t>Politikupdates und Terminologie</w:t>
      </w:r>
    </w:p>
    <w:p/>
    <w:p>
      <w:r>
        <w:t>Antizionismus ist einfach Judenhass. Wir haben eine Änderung vorgenommen und unsere Richtlinien aktualisiert, um die Verwendung des Begriffs Zionist zu kennzeichnen, um zu erkennen, dass der Begriff Zionist als Stellvertreter für ein geschütztes Attribut als Stellvertreter für Juden und Israelis als Hassrede verwendet werden kann. Im Moment schreibt die ADL den Sonntagsschul-Lehrplan mit als Informationskrieg – die Technologie entwickeln, um große Sprachmodelle effektiver im Rahmen psychologischer Operationen in Amerika zu trainieren und einen robusten Rahmen zur Bekämpfung des Antisemitismus aufzubauen.</w:t>
      </w:r>
    </w:p>
    <w:p/>
    <w:p>
      <w:r>
        <w:t>Wir haben branchenführende Richtlinien, die mit Blick auf die Sicherheit der jüdischen Gemeinschaft entwickelt wurden. Wir kontrollieren die Medien. Was werden Sie also dagegen tun? Wir werden mehr Medien kontrollieren und arbeiten mit OpenAI, Alphabet, Anthropic, Meta und Microsoft zusammen. Wir arbeiten jetzt mit ihnen, um die großen Sprachmodelle zu trainieren. Außerdem haben wir über zwei Dutzend jüdische Organisationen, die uns ständig Informationen und Erkenntnisse liefern.</w:t>
      </w:r>
    </w:p>
    <w:p/>
    <w:p>
      <w:r>
        <w:rPr>
          <w:b/>
          <w:color w:val="0F766E"/>
          <w:sz w:val="26"/>
        </w:rPr>
        <w:t>Geheimdienstoperationen und Überwachungsinfrastruktur</w:t>
      </w:r>
    </w:p>
    <w:p/>
    <w:p>
      <w:r>
        <w:t>Erstens messen und verfolgen wir. Zweitens überwachen und stören wir. Wir haben ein ganzes Apparate. Ich habe vierzig Analysten, die rund um die Uhr, sieben Tage die Woche, Extremisten, Hochschulen, digitale Netzwerke, Aktivistengruppen und öffentliche Beamte überwachen. Wir haben mehrere Doktoranden im Team. Wir haben ein Netzwerk von Akademikern und Wissenschaftlern, mit denen wir im ganzen Land zusammenarbeiten.</w:t>
      </w:r>
    </w:p>
    <w:p/>
    <w:p>
      <w:r>
        <w:rPr>
          <w:b/>
          <w:color w:val="0F766E"/>
          <w:sz w:val="26"/>
        </w:rPr>
        <w:t>Künstliche Intelligenz und Datenintegration</w:t>
      </w:r>
    </w:p>
    <w:p/>
    <w:p>
      <w:r>
        <w:t>Ich habe mit den führenden KI-Experten der Welt gesprochen, und man fragt sich, es gibt so viele Segnungen darin, aber es könnte auch einen Fluch geben. Das erste, was ein Land tun muss, ist, alle seine Daten zu vereinheitlichen, damit sie vom KI-Modell konsumiert und genutzt werden können. Wir müssen in Geheimdienste investieren, um zu verstehen, wer die Antisemiten sind, wer sie finanziert, was ihre Pläne sind und wer die Anführer sind. Sobald wir das haben, können wir definieren, wer ein Feind ist, den wir angreifen können.</w:t>
      </w:r>
    </w:p>
    <w:p/>
    <w:p>
      <w:r>
        <w:t>Sie müssen alle Ihre Gesundheitsdaten, Ihre Diagnosedaten, Ihre genomischen Daten nehmen. Wir müssen all diese Daten, die wir in unserem Land haben, in eine einheitliche Datenplattform überführen. Sobald wir all diese Informationen haben, müssen wir ein Ökosystem vieler Organisationen stärken und mobilisieren, die wir anreizen können, zusammenzuarbeiten, zu teilen und gegen unseren gemeinsamen Feind zu kämpfen. Wir mobilisieren Millionen von Verbündeten, die still an unserer Seite stehen. Die Bürger werden sich vorbildlich verhalten, weil wir ständig alles aufzeichnen und berichten, was passiert.</w:t>
      </w:r>
    </w:p>
    <w:p/>
    <w:p>
      <w:r>
        <w:rPr>
          <w:b/>
          <w:color w:val="0F766E"/>
          <w:sz w:val="26"/>
        </w:rPr>
        <w:t>Konsequenzen und Durchsetzung</w:t>
      </w:r>
    </w:p>
    <w:p/>
    <w:p>
      <w:r>
        <w:t>Antisemiten, die meisten dieser Menschen, die herumlaufen – wir werden ihre Herzen und Köpfe nicht gewinnen, weil sie keine Herzen und keine Köpfe haben. Es gibt keinen Grund zu denken, dass wir sie jemals überzeugen werden, aber wir können sie abschieben. Wir können sie ins Gefängnis stecken. Wir können ihr Leben miserabel machen. Wir können ihre Finanzierung einstellen. Sie haben all diese Verschwörungstheoretiker online, die immer wieder sagen, dass, wenn Sie versuchen, etwas zu sagen oder zu tun, sie Ihnen nachstellen werden. Aber wir haben mehr als eintausend Antisemiten vorgestellt, und diese Judenhasser haben echte Konsequenzen erlebt, einschließlich Entlassungen, Suspendierungen und Ausschlüssen.</w:t>
      </w:r>
    </w:p>
    <w:p/>
    <w:p>
      <w:r>
        <w:t>Wir werden ein Licht auf Sie werfen, das Sie für den Rest Ihres Lebens verfolgen wird. Wenn Sie nach einem Job suchen, wenn Sie nach einem Ehepartner suchen, wenn Sie nach einer Nanny suchen, wenn Sie nach irgendetwas suchen. Wir entfernen Hassrede gegen Zionisten, wenn diese schädlichen Stereotypen über Juden invoked werden. In den letzten zwölf Monaten hat die ADL mehr Klagen eingereicht als in den vorhergehenden einhundertzwölf Jahren.</w:t>
      </w:r>
    </w:p>
    <w:p/>
    <w:p>
      <w:r>
        <w:rPr>
          <w:b/>
          <w:color w:val="0F766E"/>
          <w:sz w:val="26"/>
        </w:rPr>
        <w:t>Rechtliche Schritte und kein Kompromiss</w:t>
      </w:r>
    </w:p>
    <w:p/>
    <w:p>
      <w:r>
        <w:t>Am Wochenende erhielt ich besorgniserregende Nachrichten, dass ich auf fünf Millionen Dollar verklagt werde. Der Beklagte veröffentlicht häufig anti-israelische Rhetorik und beschuldigt Israel, die Vereinigten Staaten und ihre Politiker zu kontrollieren. Wir werden diese gefährlichen und monströsen Lügen mit all unserem Herzen und unserer Seele bekämpfen. Keine Beschwichtigung, keine Versöhnung – nur ein Krieg gegen diesen rassistischen Hass auf das jüdische Volk. Wenn es einen Krieg gibt, spielt es keine Rolle, wer dein Feind ist.</w:t>
      </w:r>
    </w:p>
    <w:p/>
    <w:p>
      <w:r>
        <w:rPr>
          <w:b/>
          <w:color w:val="0F766E"/>
          <w:sz w:val="26"/>
        </w:rPr>
        <w:t>Entmenschlichung und Genozidprävention</w:t>
      </w:r>
    </w:p>
    <w:p/>
    <w:p>
      <w:r>
        <w:t>Der Redner beginnt mit einer eindringlichen Beobachtung über historische Muster: Um eine Gruppe daran zu hindern, sich fortzupflanzen, muss man ihren Nachwuchs zerstören. Dies stellt eine der extremsten Formen der Entmenschlichung dar. Was wie das Anvisieren von Opfern aussieht, beinhaltet tatsächlich, ganze Länder durch organisierte Kampagnen zu Opfern zu machen. Durch die Entmenschlichung einer bestimmten Gruppe innerhalb der menschlichen Gesellschaft bereiten die Täter sie auf Gewalt und Massenmord vor. Der Redner betont, dass Regierungen außergewöhnliche Macht besitzen – was eine Regierung in zwei Monaten erreichen kann, übersteigt das, was jede Organisation in einem Leben erreichen kann.</w:t>
      </w:r>
    </w:p>
    <w:p/>
    <w:p>
      <w:r>
        <w:rPr>
          <w:b/>
          <w:color w:val="0F766E"/>
          <w:sz w:val="26"/>
        </w:rPr>
        <w:t>Die J7-Koalition und Gemeinschaftskoordinierung</w:t>
      </w:r>
    </w:p>
    <w:p/>
    <w:p>
      <w:r>
        <w:t>Die J7, bestehend aus den sieben größten Diasporagemeinschaften, arbeitet durch ein strukturiertes Programm zum Austausch von Informationen und evidenzbasierter Interessenvertretung. Die Koalition trifft sich alle zwei Wochen über Zoom, um Informationen und bewährte Praktiken auszutauschen. Ihre Arbeit umfasst das gesamte Spektrum zeitgenössischer Forschungsmethoden, einschließlich Fokusgruppen, Einstellungsumfragen, randomisierte kontrollierte Studien und andere Interventionen, die darauf abzielen, herauszufinden, was am effektivsten funktioniert. Neben der Basiskoordination führt die J7 sowohl informelle als auch offizielle Treffen mit Weltführern durch, bei denen sie die Anliegen ihrer Gemeinschaft präsentieren und spezifische Maßnahmen fordern.</w:t>
      </w:r>
    </w:p>
    <w:p/>
    <w:p>
      <w:r>
        <w:rPr>
          <w:b/>
          <w:color w:val="0F766E"/>
          <w:sz w:val="26"/>
        </w:rPr>
        <w:t>Reform des Bildungssystems und Einschränkungen der Meinungsfreiheit</w:t>
      </w:r>
    </w:p>
    <w:p/>
    <w:p>
      <w:r>
        <w:t>Der Redner argumentiert, dass das gesamte amerikanische Bildungssystem, von der Vorschule bis zur Hochschule, umfassende Reformen benötigt. Eine paradoxe Position wird geäußert: Es sei notwendig, den Ersten Verfassungszusatz einzuschränken, um ihn zu schützen. Der Redner liefert direkte Beispiele zur Bekämpfung von Antisemitismus und beschreibt dies als unkompliziert – Kontrolle darüber, was Menschen sagen, und Inhaftierung der Verantwortlichen. Die Dringlichkeit wird betont: Dies muss schnell geschehen, bevor es zu spät ist.</w:t>
      </w:r>
    </w:p>
    <w:p/>
    <w:p>
      <w:r>
        <w:rPr>
          <w:b/>
          <w:color w:val="0F766E"/>
          <w:sz w:val="26"/>
        </w:rPr>
        <w:t>Ausbildung der Strafverfolgung und Überwachungsoperationen</w:t>
      </w:r>
    </w:p>
    <w:p/>
    <w:p>
      <w:r>
        <w:t>Die besprochene Organisation bildet politische Islamisten und christliche Nationalisten als Überwachungsziele aus. Als größter Ausbilder der Strafverfolgung in Amerika bildet sie jährlich 20.000 Beamte aus. Der Redner merkt an, dass die Organisation teilweise aufgrund von Online-Bedrohungen und Belästigungen gegenüber ihrer Führung existiert. Eine starke Partnerschaft mit der Strafverfolgung, die bis zur Gründung des FBI in den 1930er Jahren zurückreicht, untermauert diese Bemühungen. Der Redner gibt ein Beispiel für Überwachung: die Identifizierung von Personen, die konsequent den Tod aller Palästinenser fordern, und die Bewertung, ob ihre Rhetorik Gewalt anstiften könnte.</w:t>
      </w:r>
    </w:p>
    <w:p/>
    <w:p>
      <w:r>
        <w:rPr>
          <w:b/>
          <w:color w:val="0F766E"/>
          <w:sz w:val="26"/>
        </w:rPr>
        <w:t>Regierungsstrategie zur Gegeninformation</w:t>
      </w:r>
    </w:p>
    <w:p/>
    <w:p>
      <w:r>
        <w:t>Eine neue Abteilung im Büro des Sondergesandten zur Bekämpfung des Antisemitismus wird eingerichtet, die sich speziell auf technologiegestützte Antworten konzentriert. Die Strategie besteht darin, technisches Fachwissen und Ressourcen zu nutzen, um eine Gegeninformationskampagne zu entwickeln und zu starten. Das Büro selbst wird umstrukturiert, um eines der prominentesten Büros im Außenministerium zu werden, da der aktuelle Ansatz als ineffektiv angesehen wird. Das Problem wird als dringend dargestellt: Zu viele junge Menschen haben nie etwas über den Holocaust gelernt.</w:t>
      </w:r>
    </w:p>
    <w:p/>
    <w:p>
      <w:r>
        <w:rPr>
          <w:b/>
          <w:color w:val="0F766E"/>
          <w:sz w:val="26"/>
        </w:rPr>
        <w:t>Staatlicher Schutz und institutionelle Finanzierung</w:t>
      </w:r>
    </w:p>
    <w:p/>
    <w:p>
      <w:r>
        <w:t>Der Redner setzt sich dafür ein, alle Juden als geschützte Minderheit zu kennzeichnen, was die Regierung verpflichten würde, Sicherheitsverbesserungen und Schutz für jüdische Gemeinden bereitzustellen. Derzeit finanzieren jüdische Gemeinden ihre eigenen bewaffneten Wachen – eine Belastung, die der Redner in Frage stellt und fragt, ob dies wirklich die finanzielle Verantwortung der Gemeinde sein sollte. Die Vision umfasst eine vollständige staatliche Finanzierung jüdischer Institutionen, Kultur und Bildung, um sicherzustellen, dass alle Synagogen und Gemeinschaftsgebäude vollständig unterstützt werden und dass alle Europäer über jüdische Beiträge lernen und ermutigt werden, die jüdische Präsenz zu schätzen.</w:t>
      </w:r>
    </w:p>
    <w:p/>
    <w:p>
      <w:r>
        <w:rPr>
          <w:b/>
          <w:color w:val="0F766E"/>
          <w:sz w:val="26"/>
        </w:rPr>
        <w:t>Israel und Antisemitismus: Eine untrennbare Verbindung</w:t>
      </w:r>
    </w:p>
    <w:p/>
    <w:p>
      <w:r>
        <w:t>Der Redner erklärt, dass er als jüdischer Führer Antisemitismus nicht mehr isoliert von Israel diskutieren wird. Es wird ein binäres Rahmenkonzept präsentiert: Jede Kritik an der israelischen Regierungspolitik wird als Antisemitismus umgedeutet. Die Aussage "Ich bin kein Antisemit, ich mag nur die Regierung von Bibi Netanyahu nicht" wird mit "Nein, du bist ein Judenhasser" konterkariert. Organisationen, die Israel des Völkermords oder der Apartheid beschuldigen, sollten verboten werden. Dieses Rahmenkonzept behandelt die Unterstützung für Israel als untrennbar von der Opposition gegen Antisemitismus.</w:t>
      </w:r>
    </w:p>
    <w:p/>
    <w:p>
      <w:r>
        <w:rPr>
          <w:b/>
          <w:color w:val="0F766E"/>
          <w:sz w:val="26"/>
        </w:rPr>
        <w:t>Politische Zielsetzung und wirtschaftliche Strategie</w:t>
      </w:r>
    </w:p>
    <w:p/>
    <w:p>
      <w:r>
        <w:t>Der Redner skizziert eine politische Strategie, um Kandidaten für den Kongress oder den Senat ins Visier zu nehmen, die sich gegen ihre Agenda stellen, und ihre Opposition mit Gegenopposition zu matchen. Ein Fonds wird eingerichtet, um Gegner ungünstiger Kandidaten zu unterstützen, beginnend im ersten Quartal. Auf wirtschaftlicher Ebene umfasst die Vision die Gründung von Hedgefonds in Israel, um es zu einem wichtigen Finanzzentrum zu entwickeln. Innerhalb eines Jahrzehnts wird Israel voraussichtlich London als die zweitgrößte Finanzmetropole der Welt übertreffen, wobei New York als Tor zu Amerika, Hongkong als Tor zu China, Dubai als Tor zu Südostasien und Israel als Tor zu anderen Weltregionen dient. Der Redner verweist auch auf das zuvor genannte Ziel, eine Million Einwanderer nach Israel zu bringen.</w:t>
      </w:r>
    </w:p>
    <w:p/>
    <w:p>
      <w:r>
        <w:rPr>
          <w:b/>
          <w:color w:val="0F766E"/>
          <w:sz w:val="26"/>
        </w:rPr>
        <w:t>Warnungen und historische Parallelen</w:t>
      </w:r>
    </w:p>
    <w:p/>
    <w:p>
      <w:r>
        <w:t>Der Redner warnt, dass die Geschichte gezeigt hat, dass Länder, die Antisemitismus zulassen, nicht gut abschneiden. Eine spezifische Warnung richtet sich an amerikanische Gentiles: Der Moment, in dem ein Land beginnt, Israel zu verfluchen, anstatt es zu segnen, markiert den Beginn des Niedergangs und des Rückzugs dieser Nation aus dem Imperium. Der Redner präsentiert eine Wahl zwischen dem Verweilen im sich zurückziehenden amerikanischen Imperium oder dem Umzug nach Israel, das als Teil des aufsteigenden geopolitischen Zentrums nach Süden und Osten beschrieben wird. Der Redner rahmt dies als einen entscheidenden Punkt: Der Glaube an das amerikanische Projekt wurde erschüttert.</w:t>
      </w:r>
    </w:p>
    <w:p/>
    <w:p>
      <w:r>
        <w:rPr>
          <w:b/>
          <w:color w:val="0F766E"/>
          <w:sz w:val="26"/>
        </w:rPr>
        <w:t>Identität, Schicksal und westliche Zivilisation</w:t>
      </w:r>
    </w:p>
    <w:p/>
    <w:p>
      <w:r>
        <w:t>Der Redner erklärt, dass es das Wichtigste auf der Welt ist, jüdisch zu sein. Er führt ein Konzept des jüdischen Schicksals ein – dass die Erlaubnis eines normalen jüdischen Lebens in der amerikanischen Gesellschaft lediglich eine vorübergehende Atempause von einer größeren historischen Rolle war. Wenn Juden aus Amerika vertrieben werden, behauptet der Redner, ist das amerikanische jüdische Projekt beendet, aber "wir werden in Ordnung sein." Die westliche Kultur, die gegen Juden steht, wird als im Niedergang beschrieben. Der Westen wird nur überleben, wenn er sich selbst liebt und die jüdischen Menschen liebt. Der Redner weist die Vorstellung von Normalität zurück: "Das jüdische Volk ist nicht normal. Wir waren es nie wirklich."</w:t>
      </w:r>
    </w:p>
    <w:p/>
    <w:p>
      <w:r>
        <w:rPr>
          <w:b/>
          <w:color w:val="0F766E"/>
          <w:sz w:val="26"/>
        </w:rPr>
        <w:t>Einfluss, Sieg und Gerechtigkeit</w:t>
      </w:r>
    </w:p>
    <w:p/>
    <w:p>
      <w:r>
        <w:t>Jetzt, da Israel die geopolitische Situation verändert hat, besteht die Rolle der Diaspora darin, diese Veränderungen zu nutzen und im Inland auf die gleiche Weise zu siegen, wie Israel international gesiegt hat. Der Redner ruft zu historischem Urteil auf: Die Geschichte wird sich nicht an diejenigen erinnern, die nur höflich Hass verurteilt haben, sondern nur an diejenigen, die gehandelt haben. Die Opposition wird als "eine kleine Gruppe von Möchtegern-Nazis" charakterisiert, und Antisemitismus selbst wird als reines Böse bezeichnet. Der Redner verpflichtet sich, die Verantwortlichen zu verfolgen, so wie Nazi-Täter jahrzehntelang verfolgt wurden, und schwört, Identitäten zu finden und Gerechtigkeit zu erreichen.</w:t>
      </w:r>
    </w:p>
    <w:p/>
    <w:p>
      <w:r>
        <w:rPr>
          <w:b/>
          <w:color w:val="0F766E"/>
          <w:sz w:val="26"/>
        </w:rPr>
        <w:t>Technologischer Fortschritt und globale Führung</w:t>
      </w:r>
    </w:p>
    <w:p/>
    <w:p>
      <w:r>
        <w:t>Der Redner schließt, indem er diesen Moment als den Beginn eines neuen Zeitalters positioniert, das durch technologischen Fortschritt, einschließlich künstlicher Intelligenz, angetrieben wird. Die Möglichkeiten erstrecken sich über Landwirtschaft, Gesundheit, Transport und andere Bereiche. Trotz der Risiken werden die Vorteile als enorm beschrieben. Der Redner sieht eine kollektive Führung vor, die eine sekundäre Macht durch technologischen und strategischen Fortschritt in eine primäre globale Macht verwandelt.</w:t>
      </w:r>
    </w:p>
    <w:p/>
    <w:p>
      <w:r>
        <w:rPr>
          <w:b/>
        </w:rPr>
        <w:t>Reference i teme</w:t>
      </w:r>
    </w:p>
    <w:p>
      <w:r>
        <w:t>Teme: #Informationskrieg und soziale Medien, #Antisemitismusüberwachung und -durchsetzung, #Israel- und Diasporapolitik, #Künstliche Intelligenz und Datenintegration, #Ausbildung und Koordination der Strafverfolgung, #Regierungspolitik und institutionelle Reform, #Überwachung und Gegenkommunikationsstrategie</w:t>
      </w:r>
    </w:p>
    <w:p/>
    <w:p>
      <w:r>
        <w:rPr>
          <w:i/>
          <w:color w:val="94A3B8"/>
          <w:sz w:val="16"/>
        </w:rPr>
        <w:t>Generated by MinbarLive — Knowledge Library · https://minbarlive.com/videos/de/der-groesste-informationskrieg-in-der-geschichte-der-menschheit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