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President of the United States effectively reaffirmed Israel's occupation and annexation of the Golan Heights</w:t>
      </w:r>
    </w:p>
    <w:p>
      <w:r>
        <w:rPr>
          <w:b/>
        </w:rPr>
        <w:t xml:space="preserve">Izvor: </w:t>
      </w:r>
      <w:r>
        <w:rPr>
          <w:color w:val="0F766E"/>
        </w:rPr>
        <w:t>https://minbarlive.com/videos/the-president-of-the-united-states-effectively-reaffirmed-israel-s-occupation-an</w:t>
      </w:r>
    </w:p>
    <w:p/>
    <w:p>
      <w:r>
        <w:rPr>
          <w:i/>
        </w:rPr>
        <w:t>A U.S. President discusses his administration's record on Israel policy, highlighting actions on Jerusalem and the Golan Heights, and claims unprecedented military progress against Iran.</w:t>
      </w:r>
    </w:p>
    <w:p/>
    <w:p>
      <w:r>
        <w:rPr>
          <w:b/>
        </w:rPr>
        <w:t>Sažetak</w:t>
      </w:r>
    </w:p>
    <w:p>
      <w:r>
        <w:t>In this statement, the President emphasizes his administration's support for Israel, asserting that no previous U.S. president has accomplished as much for the country. He cites specific policy achievements regarding Jerusalem and the Golan Heights as examples of unprecedented actions. The President also claims his administration has made significant military progress against Iran, stating that Iran's military has been substantially weakened. He suggests this action should have been taken decades earlier. The President indicates that further progress on the Iran issue is expected in the future. The statement concludes with a question about Israeli Prime Minister Netanyahu's reelection prospects, though the President's response is not included in the provided transcript.</w:t>
      </w:r>
    </w:p>
    <w:p/>
    <w:p>
      <w:r>
        <w:rPr>
          <w:b/>
        </w:rPr>
        <w:t>Ključne poruke</w:t>
      </w:r>
    </w:p>
    <w:p>
      <w:pPr>
        <w:pStyle w:val="ListBullet"/>
      </w:pPr>
      <w:r>
        <w:t>The President claims his administration has provided more support to Israel than any previous administration, specifically referencing Jerusalem and Golan Heights policies.</w:t>
      </w:r>
    </w:p>
    <w:p>
      <w:pPr>
        <w:pStyle w:val="ListBullet"/>
      </w:pPr>
      <w:r>
        <w:t>The President states his administration has significantly weakened Iran's military capabilities.</w:t>
      </w:r>
    </w:p>
    <w:p>
      <w:pPr>
        <w:pStyle w:val="ListBullet"/>
      </w:pPr>
      <w:r>
        <w:t>The President asserts that military action against Iran should have occurred 47 years earlier.</w:t>
      </w:r>
    </w:p>
    <w:p>
      <w:pPr>
        <w:pStyle w:val="ListBullet"/>
      </w:pPr>
      <w:r>
        <w:t>The President indicates that further progress on Iran-related matters is anticipated from his administration.</w:t>
      </w:r>
    </w:p>
    <w:p>
      <w:pPr>
        <w:pStyle w:val="ListBullet"/>
      </w:pPr>
      <w:r>
        <w:t>The statement addresses U.S. Middle East policy, particularly the relationship with Israel and approach to Iran.</w:t>
      </w:r>
    </w:p>
    <w:p/>
    <w:p>
      <w:r>
        <w:rPr>
          <w:b/>
        </w:rPr>
        <w:t>Članak</w:t>
      </w:r>
    </w:p>
    <w:p>
      <w:r>
        <w:rPr>
          <w:b/>
          <w:color w:val="0F766E"/>
          <w:sz w:val="26"/>
        </w:rPr>
        <w:t>**Presidential Record** on Israel</w:t>
      </w:r>
    </w:p>
    <w:p/>
    <w:p>
      <w:r>
        <w:t>The President stated that no president has done as much for Israel as he has, emphasizing that nobody comes close. He pointed to multiple policy achievements, citing actions regarding Jerusalem and the Golan Heights as examples of unprecedented support. According to the President, he has done things for Israel that no previous administration has accomplished.</w:t>
      </w:r>
    </w:p>
    <w:p/>
    <w:p>
      <w:r>
        <w:rPr>
          <w:b/>
          <w:color w:val="0F766E"/>
          <w:sz w:val="26"/>
        </w:rPr>
        <w:t>Iran and Regional Progress</w:t>
      </w:r>
    </w:p>
    <w:p/>
    <w:p>
      <w:r>
        <w:t>The President also claimed that his administration has made tremendous progress with Iran, noting that they have "wiped out their military." He added that such action against Iran should have been taken 47 years ago. The President indicated that more progress is anticipated going forward.</w:t>
      </w:r>
    </w:p>
    <w:p/>
    <w:p>
      <w:r>
        <w:rPr>
          <w:b/>
          <w:color w:val="0F766E"/>
          <w:sz w:val="26"/>
        </w:rPr>
        <w:t>Questions on Israeli Leadership</w:t>
      </w:r>
    </w:p>
    <w:p/>
    <w:p>
      <w:r>
        <w:t>The transcript concludes with the President being asked whether Prime Minister Netanyahu should be reelected in the upcoming Israeli election, though his response to this question is not included in the provided text.</w:t>
      </w:r>
    </w:p>
    <w:p/>
    <w:p>
      <w:r>
        <w:rPr>
          <w:b/>
        </w:rPr>
        <w:t>Reference i teme</w:t>
      </w:r>
    </w:p>
    <w:p>
      <w:r>
        <w:t>Teme: #U.S. foreign policy, #Israel-United States relations, #Iran policy, #Middle East geopolitics, #Jerusalem and Golan Heights, #Presidential record</w:t>
      </w:r>
    </w:p>
    <w:p/>
    <w:p>
      <w:r>
        <w:rPr>
          <w:i/>
          <w:color w:val="94A3B8"/>
          <w:sz w:val="16"/>
        </w:rPr>
        <w:t>Generated by MinbarLive — Knowledge Library · https://minbarlive.com/videos/the-president-of-the-united-states-effectively-reaffirmed-israel-s-occupation-an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