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0F766E"/>
          <w:sz w:val="26"/>
        </w:rPr>
        <w:t>MINBARLIVE — Knowledge Library</w:t>
      </w:r>
    </w:p>
    <w:p>
      <w:r>
        <w:rPr>
          <w:b/>
          <w:sz w:val="36"/>
        </w:rPr>
        <w:t>Ovo je Mathias Döpfner, čovjek odgovoran za vođenje kampanje dezinformacija u EU za Izrael</w:t>
      </w:r>
    </w:p>
    <w:p>
      <w:r>
        <w:rPr>
          <w:b/>
        </w:rPr>
        <w:t xml:space="preserve">Izvor: </w:t>
      </w:r>
      <w:r>
        <w:rPr>
          <w:color w:val="0F766E"/>
        </w:rPr>
        <w:t>https://minbarlive.com/videos/hr/ovo-je-mathias-doepfner-covjek-odgovoran-za-vodjenje-kampanje-dezinformacija-u-e</w:t>
      </w:r>
    </w:p>
    <w:p/>
    <w:p>
      <w:r>
        <w:rPr>
          <w:i/>
        </w:rPr>
        <w:t>Mathias Döpfner, čelnik medijskog konglomerata Axel Springer, u transkriptu izjavljuje da je strastveni cionist i poziva Europu da postane 'židovskija', rekavši da bismo svi trebali biti cionisti.</w:t>
      </w:r>
    </w:p>
    <w:p/>
    <w:p>
      <w:r>
        <w:rPr>
          <w:b/>
        </w:rPr>
        <w:t>Sažetak</w:t>
      </w:r>
    </w:p>
    <w:p>
      <w:r>
        <w:t>Transkript otkriva osobnu deklaraciju Mathiasa Döpfnera, izvršnog direktora Axela Springera, najvećeg europskog medijskog izdavača. Döpfner se identificira kao strastveni cionist, tvrdeći da cionizam ne bi trebao biti ograničen samo na Židove. Izričito izjavljuje da Europa mora postati 'židovskija' i da bi svi trebali prihvatiti cionizam. Ove izjave dolaze u kontekstu njegovog vlasništva nad vodećim medijskim kućama poput Bilda, Politica i Business Insidera, čime se naglašava njegova značajna uloga u oblikovanju javnog mnijenja. Transkript ne sadrži reference na Kuran ili hadise, te je fokus isključivo na Döpfnerovim stavovima i medijskom utjecaju.</w:t>
      </w:r>
    </w:p>
    <w:p/>
    <w:p>
      <w:r>
        <w:rPr>
          <w:b/>
        </w:rPr>
        <w:t>Ključne poruke</w:t>
      </w:r>
    </w:p>
    <w:p>
      <w:pPr>
        <w:pStyle w:val="ListBullet"/>
      </w:pPr>
      <w:r>
        <w:t>Mathias Döpfner izjavljuje da je uvjerenjem i sa strašću, svim srcem cionist.</w:t>
      </w:r>
    </w:p>
    <w:p>
      <w:pPr>
        <w:pStyle w:val="ListBullet"/>
      </w:pPr>
      <w:r>
        <w:t>Postavlja pitanje zašto bi cionizam bio ideja prihvatljiva samo Židovima, sugerirajući da je univerzalan.</w:t>
      </w:r>
    </w:p>
    <w:p>
      <w:pPr>
        <w:pStyle w:val="ListBullet"/>
      </w:pPr>
      <w:r>
        <w:t>Tvrdi da Europa mora postati 'židovskija'.</w:t>
      </w:r>
    </w:p>
    <w:p>
      <w:pPr>
        <w:pStyle w:val="ListBullet"/>
      </w:pPr>
      <w:r>
        <w:t>Zaključuje da bismo svi trebali biti cionisti.</w:t>
      </w:r>
    </w:p>
    <w:p/>
    <w:p>
      <w:r>
        <w:rPr>
          <w:b/>
        </w:rPr>
        <w:t>Članak</w:t>
      </w:r>
    </w:p>
    <w:p>
      <w:r>
        <w:rPr>
          <w:b/>
          <w:color w:val="0F766E"/>
          <w:sz w:val="26"/>
        </w:rPr>
        <w:t>Osobna deklaracija</w:t>
      </w:r>
    </w:p>
    <w:p/>
    <w:p>
      <w:r>
        <w:t xml:space="preserve">Ja sam, uvjerenjem i sa strašću, svim srcem cionist. Zašto bi </w:t>
      </w:r>
      <w:r>
        <w:rPr>
          <w:b/>
        </w:rPr>
        <w:t>cionizam</w:t>
      </w:r>
      <w:r>
        <w:t xml:space="preserve"> bio ideja i cilj koji mogu prihvatiti samo Židovi? </w:t>
      </w:r>
      <w:r>
        <w:rPr>
          <w:b/>
        </w:rPr>
        <w:t>Europa</w:t>
      </w:r>
      <w:r>
        <w:t xml:space="preserve"> mora postati židovskija. Svi bismo trebali biti cionisti.</w:t>
      </w:r>
    </w:p>
    <w:p/>
    <w:p>
      <w:r>
        <w:rPr>
          <w:b/>
        </w:rPr>
        <w:t>Reference i teme</w:t>
      </w:r>
    </w:p>
    <w:p>
      <w:r>
        <w:t>Teme: #Mathias Döpfner, #Axel Springer, #cionizam, #mediji, #Europa, #izjava, #utjecaj</w:t>
      </w:r>
    </w:p>
    <w:p/>
    <w:p>
      <w:r>
        <w:rPr>
          <w:i/>
          <w:color w:val="94A3B8"/>
          <w:sz w:val="16"/>
        </w:rPr>
        <w:t>Generated by MinbarLive — Knowledge Library · https://minbarlive.com/videos/hr/ovo-je-mathias-doepfner-covjek-odgovoran-za-vodjenje-kampanje-dezinformacija-u-e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