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Trump: "The stock market dictates it, that's why we're carrying out this war with the Iran."</w:t>
      </w:r>
    </w:p>
    <w:p>
      <w:r>
        <w:rPr>
          <w:b/>
        </w:rPr>
        <w:t xml:space="preserve">Govornik: </w:t>
      </w:r>
      <w:r>
        <w:t>Donald Trump</w:t>
      </w:r>
    </w:p>
    <w:p>
      <w:r>
        <w:rPr>
          <w:b/>
        </w:rPr>
        <w:t xml:space="preserve">Izvor: </w:t>
      </w:r>
      <w:r>
        <w:rPr>
          <w:color w:val="0F766E"/>
        </w:rPr>
        <w:t>https://minbarlive.com/videos/trump-the-stock-market-dictates-it-that-s-why-we-re-carrying-out-this-war-with-t</w:t>
      </w:r>
    </w:p>
    <w:p/>
    <w:p>
      <w:r>
        <w:rPr>
          <w:i/>
        </w:rPr>
        <w:t>A speaker discusses military action against Iran in relation to stock market considerations, stating that while Iran is being heavily targeted and seeks negotiation, they claim Iran is not yet ready for a peace agreement.</w:t>
      </w:r>
    </w:p>
    <w:p/>
    <w:p>
      <w:r>
        <w:rPr>
          <w:b/>
        </w:rPr>
        <w:t>Sažetak</w:t>
      </w:r>
    </w:p>
    <w:p>
      <w:r>
        <w:t>In this brief statement, the speaker addresses the relationship between stock market dynamics and current military operations. They characterise the ongoing military action against the Islamic Republic of Iran as a 'skirmish,' noting that Iran is experiencing significant military pressure and has expressed interest in reaching a peace deal. However, the speaker contends that Iran is not prepared to enter into a meaningful agreement at this time. The speaker frames the stock market as a factor that has influenced or informed the decision-making around these military operations.</w:t>
      </w:r>
    </w:p>
    <w:p/>
    <w:p>
      <w:r>
        <w:rPr>
          <w:b/>
        </w:rPr>
        <w:t>Ključne poruke</w:t>
      </w:r>
    </w:p>
    <w:p>
      <w:pPr>
        <w:pStyle w:val="ListBullet"/>
      </w:pPr>
      <w:r>
        <w:t>The speaker characterises current military operations against Iran as a 'skirmish'.</w:t>
      </w:r>
    </w:p>
    <w:p>
      <w:pPr>
        <w:pStyle w:val="ListBullet"/>
      </w:pPr>
      <w:r>
        <w:t>The speaker states that Iran is experiencing heavy military strikes and has expressed desire to negotiate.</w:t>
      </w:r>
    </w:p>
    <w:p>
      <w:pPr>
        <w:pStyle w:val="ListBullet"/>
      </w:pPr>
      <w:r>
        <w:t>The speaker claims Iran is not yet ready to make a peace agreement despite seeking negotiations.</w:t>
      </w:r>
    </w:p>
    <w:p>
      <w:pPr>
        <w:pStyle w:val="ListBullet"/>
      </w:pPr>
      <w:r>
        <w:t>Stock market considerations are presented as a factor in the decision-making around military actions.</w:t>
      </w:r>
    </w:p>
    <w:p/>
    <w:p>
      <w:r>
        <w:rPr>
          <w:b/>
        </w:rPr>
        <w:t>Članak</w:t>
      </w:r>
    </w:p>
    <w:p>
      <w:r>
        <w:rPr>
          <w:b/>
          <w:color w:val="0F766E"/>
          <w:sz w:val="26"/>
        </w:rPr>
        <w:t>The Stock Market and Current Actions</w:t>
      </w:r>
    </w:p>
    <w:p/>
    <w:p>
      <w:r>
        <w:t xml:space="preserve">The stock market has weighed in on the matter. What we're carrying out right now—and I call it a skirmish—is with the </w:t>
      </w:r>
      <w:r>
        <w:rPr>
          <w:b/>
        </w:rPr>
        <w:t>Islamic Republic of Iran</w:t>
      </w:r>
      <w:r>
        <w:t>. I use that term because, let me tell you, they're getting hit so hard and they want to make a deal. But I say they're not ready to make a deal.</w:t>
      </w:r>
    </w:p>
    <w:p/>
    <w:p>
      <w:r>
        <w:rPr>
          <w:b/>
        </w:rPr>
        <w:t>Reference i teme</w:t>
      </w:r>
    </w:p>
    <w:p>
      <w:r>
        <w:t>Teme: #US-Iran relations, #Military operations, #Peace negotiations, #Stock market influence on policy, #Islamic Republic of Iran</w:t>
      </w:r>
    </w:p>
    <w:p/>
    <w:p>
      <w:r>
        <w:rPr>
          <w:i/>
          <w:color w:val="94A3B8"/>
          <w:sz w:val="16"/>
        </w:rPr>
        <w:t>Generated by MinbarLive — Knowledge Library · https://minbarlive.com/videos/trump-the-stock-market-dictates-it-that-s-why-we-re-carrying-out-this-war-with-t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