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UN Special Rapporter Albanese reveals the US completely cut her off from the finanical system</w:t>
      </w:r>
    </w:p>
    <w:p>
      <w:r>
        <w:rPr>
          <w:b/>
        </w:rPr>
        <w:t xml:space="preserve">Izvor: </w:t>
      </w:r>
      <w:r>
        <w:rPr>
          <w:color w:val="0F766E"/>
        </w:rPr>
        <w:t>https://minbarlive.com/videos/un-special-rapporter-albanese-reveals-the-us-completely-cut-her-off-from-the-fin</w:t>
      </w:r>
    </w:p>
    <w:p/>
    <w:p>
      <w:r>
        <w:rPr>
          <w:i/>
        </w:rPr>
        <w:t>A UN Special Rapporteur documents how US Congressional members issued threats against International Criminal Court Prosecutor Karim Khan in April 2024, warning him not to continue investigations into Israel and explicitly threatening him, his team, and his family.</w:t>
      </w:r>
    </w:p>
    <w:p/>
    <w:p>
      <w:r>
        <w:rPr>
          <w:b/>
        </w:rPr>
        <w:t>Sažetak</w:t>
      </w:r>
    </w:p>
    <w:p>
      <w:r>
        <w:t>This account describes efforts to obstruct international justice mechanisms through intimidation of judicial and prosecutorial officials. In April 2024, more than a dozen US Congress members sent a threatening letter to ICC Prosecutor Karim Khan, employing language characterised as intimidatory and resembling mafia tactics. The letter explicitly warned Khan against continuing investigations into Israel and contained direct threats against him, his team, and his family, indicating consequences for proceeding. The speaker, acting as a special rapporteur, characterises this episode as a significant institutional breakdown—the first time she applied the term 'mafia' to describe official conduct, marking what she describes as a departure from the standards expected of Congressional members and official institutions.</w:t>
      </w:r>
    </w:p>
    <w:p/>
    <w:p>
      <w:r>
        <w:rPr>
          <w:b/>
        </w:rPr>
        <w:t>Ključne poruke</w:t>
      </w:r>
    </w:p>
    <w:p>
      <w:pPr>
        <w:pStyle w:val="ListBullet"/>
      </w:pPr>
      <w:r>
        <w:t>In April 2024, more than a dozen US Congress members sent a threatening letter to ICC Prosecutor Karim Khan warning him not to continue investigations into Israel.</w:t>
      </w:r>
    </w:p>
    <w:p>
      <w:pPr>
        <w:pStyle w:val="ListBullet"/>
      </w:pPr>
      <w:r>
        <w:t>The Congressional letter contained explicit threats against Khan, his team, and his family, warning of consequences for continuing the investigation.</w:t>
      </w:r>
    </w:p>
    <w:p>
      <w:pPr>
        <w:pStyle w:val="ListBullet"/>
      </w:pPr>
      <w:r>
        <w:t>The language and tone of the letter were characterised by the speaker as intimidatory and resembling mafia-style communication.</w:t>
      </w:r>
    </w:p>
    <w:p>
      <w:pPr>
        <w:pStyle w:val="ListBullet"/>
      </w:pPr>
      <w:r>
        <w:t>The speaker, a UN Special Rapporteur, stated this was the first time she applied the term 'mafia' to describe official conduct by institutional representatives.</w:t>
      </w:r>
    </w:p>
    <w:p>
      <w:pPr>
        <w:pStyle w:val="ListBullet"/>
      </w:pPr>
      <w:r>
        <w:t>The speaker characterises these actions as representing a descent into institutional decline and a departure from expected standards of conduct for members of Congress.</w:t>
      </w:r>
    </w:p>
    <w:p>
      <w:pPr>
        <w:pStyle w:val="ListBullet"/>
      </w:pPr>
      <w:r>
        <w:t>The speaker identifies a clear fear that international justice mechanisms might function effectively, which she argues drives attempts to intimidate judges and prosecutors.</w:t>
      </w:r>
    </w:p>
    <w:p/>
    <w:p>
      <w:r>
        <w:rPr>
          <w:b/>
        </w:rPr>
        <w:t>Članak</w:t>
      </w:r>
    </w:p>
    <w:p>
      <w:r>
        <w:rPr>
          <w:b/>
          <w:color w:val="0F766E"/>
          <w:sz w:val="26"/>
        </w:rPr>
        <w:t>Pressure on International Justice Mechanisms</w:t>
      </w:r>
    </w:p>
    <w:p/>
    <w:p>
      <w:r>
        <w:t>There is a clear fear that international justice might work, and this fear drives attempts to go after judges and prosecutors. In April 2024, more than a dozen US Congress members wrote a threatening letter to Karim Khan, the prosecutor of the International Criminal Court. The letter was written in an intimidatory and mafia-sounding style and tone, warning Khan not to continue the investigation into Israel. The members made explicit threats: "We know you. We will come after you. We will come after your team and your family." They indicated there would be consequences for continuing the investigation.</w:t>
      </w:r>
    </w:p>
    <w:p/>
    <w:p>
      <w:r>
        <w:rPr>
          <w:b/>
          <w:color w:val="0F766E"/>
          <w:sz w:val="26"/>
        </w:rPr>
        <w:t>Language of Intimidation and Institutional Decline</w:t>
      </w:r>
    </w:p>
    <w:p/>
    <w:p>
      <w:r>
        <w:t>The use of this threatening language marked a significant moment. As a special rapporteur, this was the first time I used the word "mafia" to describe the overall situation, because this is the language normally used by mafia organizations—not the language that should be used by institutional representatives. This represents a descent into the abyss, a fundamental departure from the standards of conduct expected from members of Congress and official institutions.</w:t>
      </w:r>
    </w:p>
    <w:p/>
    <w:p>
      <w:r>
        <w:rPr>
          <w:b/>
        </w:rPr>
        <w:t>Reference i teme</w:t>
      </w:r>
    </w:p>
    <w:p>
      <w:r>
        <w:t>Teme: #International Criminal Court (ICC), #US Congressional pressure on international justice, #ICC Prosecutor Karim Khan, #Israel investigations, #Judicial intimidation, #Institutional accountability</w:t>
      </w:r>
    </w:p>
    <w:p/>
    <w:p>
      <w:r>
        <w:rPr>
          <w:i/>
          <w:color w:val="94A3B8"/>
          <w:sz w:val="16"/>
        </w:rPr>
        <w:t>Generated by MinbarLive — Knowledge Library · https://minbarlive.com/videos/un-special-rapporter-albanese-reveals-the-us-completely-cut-her-off-from-the-fin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